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7A0" w:rsidRPr="00FE17A0" w:rsidRDefault="00FE17A0" w:rsidP="00FE17A0">
      <w:pPr>
        <w:jc w:val="center"/>
        <w:rPr>
          <w:rFonts w:ascii="Times New Roman" w:hAnsi="Times New Roman" w:cs="Times New Roman"/>
          <w:sz w:val="28"/>
          <w:szCs w:val="28"/>
        </w:rPr>
      </w:pPr>
      <w:r w:rsidRPr="00FE17A0">
        <w:rPr>
          <w:rFonts w:ascii="Times New Roman" w:hAnsi="Times New Roman" w:cs="Times New Roman"/>
          <w:sz w:val="28"/>
          <w:szCs w:val="28"/>
        </w:rPr>
        <w:t xml:space="preserve">College Connect- AI Powered College </w:t>
      </w:r>
      <w:proofErr w:type="spellStart"/>
      <w:r w:rsidRPr="00FE17A0">
        <w:rPr>
          <w:rFonts w:ascii="Times New Roman" w:hAnsi="Times New Roman" w:cs="Times New Roman"/>
          <w:sz w:val="28"/>
          <w:szCs w:val="28"/>
        </w:rPr>
        <w:t>Chatbot</w:t>
      </w:r>
      <w:proofErr w:type="spellEnd"/>
    </w:p>
    <w:p w:rsidR="005F0C83" w:rsidRPr="00FE17A0" w:rsidRDefault="005F0C83" w:rsidP="005F0C83">
      <w:pPr>
        <w:spacing w:before="82" w:line="292" w:lineRule="auto"/>
        <w:ind w:left="177" w:right="197" w:firstLine="16"/>
        <w:jc w:val="center"/>
        <w:rPr>
          <w:rFonts w:ascii="Times New Roman" w:hAnsi="Times New Roman" w:cs="Times New Roman"/>
          <w:b/>
          <w:sz w:val="28"/>
          <w:szCs w:val="28"/>
          <w:vertAlign w:val="superscript"/>
        </w:rPr>
      </w:pPr>
      <w:r w:rsidRPr="00FE17A0">
        <w:rPr>
          <w:rFonts w:ascii="Times New Roman" w:hAnsi="Times New Roman" w:cs="Times New Roman"/>
          <w:b/>
          <w:sz w:val="28"/>
          <w:szCs w:val="28"/>
        </w:rPr>
        <w:t xml:space="preserve">Mohammed Fayez </w:t>
      </w:r>
      <w:proofErr w:type="spellStart"/>
      <w:r w:rsidRPr="00FE17A0">
        <w:rPr>
          <w:rFonts w:ascii="Times New Roman" w:hAnsi="Times New Roman" w:cs="Times New Roman"/>
          <w:b/>
          <w:sz w:val="28"/>
          <w:szCs w:val="28"/>
        </w:rPr>
        <w:t>Kaladia</w:t>
      </w:r>
      <w:proofErr w:type="spellEnd"/>
      <w:r w:rsidRPr="00FE17A0">
        <w:rPr>
          <w:rFonts w:ascii="Times New Roman" w:hAnsi="Times New Roman" w:cs="Times New Roman"/>
          <w:b/>
          <w:position w:val="8"/>
          <w:sz w:val="28"/>
          <w:szCs w:val="28"/>
        </w:rPr>
        <w:t>1</w:t>
      </w:r>
      <w:r w:rsidRPr="00FE17A0">
        <w:rPr>
          <w:rFonts w:ascii="Times New Roman" w:hAnsi="Times New Roman" w:cs="Times New Roman"/>
          <w:b/>
          <w:sz w:val="28"/>
          <w:szCs w:val="28"/>
        </w:rPr>
        <w:t>,</w:t>
      </w:r>
      <w:r w:rsidRPr="00FE17A0">
        <w:rPr>
          <w:rFonts w:ascii="Times New Roman" w:hAnsi="Times New Roman" w:cs="Times New Roman"/>
          <w:b/>
          <w:spacing w:val="-2"/>
          <w:sz w:val="28"/>
          <w:szCs w:val="28"/>
        </w:rPr>
        <w:t xml:space="preserve"> </w:t>
      </w:r>
      <w:proofErr w:type="spellStart"/>
      <w:r w:rsidRPr="00FE17A0">
        <w:rPr>
          <w:rFonts w:ascii="Times New Roman" w:hAnsi="Times New Roman" w:cs="Times New Roman"/>
          <w:b/>
          <w:sz w:val="28"/>
          <w:szCs w:val="28"/>
        </w:rPr>
        <w:t>Raafe</w:t>
      </w:r>
      <w:proofErr w:type="spellEnd"/>
      <w:r w:rsidRPr="00FE17A0">
        <w:rPr>
          <w:rFonts w:ascii="Times New Roman" w:hAnsi="Times New Roman" w:cs="Times New Roman"/>
          <w:b/>
          <w:sz w:val="28"/>
          <w:szCs w:val="28"/>
        </w:rPr>
        <w:t xml:space="preserve"> </w:t>
      </w:r>
      <w:proofErr w:type="spellStart"/>
      <w:r w:rsidRPr="00FE17A0">
        <w:rPr>
          <w:rFonts w:ascii="Times New Roman" w:hAnsi="Times New Roman" w:cs="Times New Roman"/>
          <w:b/>
          <w:sz w:val="28"/>
          <w:szCs w:val="28"/>
        </w:rPr>
        <w:t>Gazdar</w:t>
      </w:r>
      <w:proofErr w:type="spellEnd"/>
      <w:r w:rsidRPr="00FE17A0">
        <w:rPr>
          <w:rFonts w:ascii="Times New Roman" w:hAnsi="Times New Roman" w:cs="Times New Roman"/>
          <w:b/>
          <w:sz w:val="28"/>
          <w:szCs w:val="28"/>
        </w:rPr>
        <w:t xml:space="preserve"> </w:t>
      </w:r>
      <w:r w:rsidRPr="00FE17A0">
        <w:rPr>
          <w:rFonts w:ascii="Times New Roman" w:hAnsi="Times New Roman" w:cs="Times New Roman"/>
          <w:b/>
          <w:position w:val="8"/>
          <w:sz w:val="28"/>
          <w:szCs w:val="28"/>
        </w:rPr>
        <w:t>2</w:t>
      </w:r>
      <w:r w:rsidRPr="00FE17A0">
        <w:rPr>
          <w:rFonts w:ascii="Times New Roman" w:hAnsi="Times New Roman" w:cs="Times New Roman"/>
          <w:b/>
          <w:sz w:val="28"/>
          <w:szCs w:val="28"/>
        </w:rPr>
        <w:t>,</w:t>
      </w:r>
      <w:r w:rsidRPr="00FE17A0">
        <w:rPr>
          <w:rFonts w:ascii="Times New Roman" w:hAnsi="Times New Roman" w:cs="Times New Roman"/>
          <w:b/>
          <w:spacing w:val="-2"/>
          <w:sz w:val="28"/>
          <w:szCs w:val="28"/>
        </w:rPr>
        <w:t xml:space="preserve"> </w:t>
      </w:r>
      <w:r w:rsidRPr="00FE17A0">
        <w:rPr>
          <w:rFonts w:ascii="Times New Roman" w:hAnsi="Times New Roman" w:cs="Times New Roman"/>
          <w:b/>
          <w:sz w:val="28"/>
          <w:szCs w:val="28"/>
        </w:rPr>
        <w:t xml:space="preserve">Ansari </w:t>
      </w:r>
      <w:proofErr w:type="spellStart"/>
      <w:r w:rsidRPr="00FE17A0">
        <w:rPr>
          <w:rFonts w:ascii="Times New Roman" w:hAnsi="Times New Roman" w:cs="Times New Roman"/>
          <w:b/>
          <w:sz w:val="28"/>
          <w:szCs w:val="28"/>
        </w:rPr>
        <w:t>Areeb</w:t>
      </w:r>
      <w:proofErr w:type="spellEnd"/>
      <w:r w:rsidRPr="00FE17A0">
        <w:rPr>
          <w:rFonts w:ascii="Times New Roman" w:hAnsi="Times New Roman" w:cs="Times New Roman"/>
          <w:b/>
          <w:sz w:val="28"/>
          <w:szCs w:val="28"/>
        </w:rPr>
        <w:t xml:space="preserve"> Ahmed </w:t>
      </w:r>
      <w:r w:rsidRPr="00FE17A0">
        <w:rPr>
          <w:rFonts w:ascii="Times New Roman" w:hAnsi="Times New Roman" w:cs="Times New Roman"/>
          <w:b/>
          <w:position w:val="8"/>
          <w:sz w:val="28"/>
          <w:szCs w:val="28"/>
        </w:rPr>
        <w:t>3</w:t>
      </w:r>
      <w:r w:rsidRPr="00FE17A0">
        <w:rPr>
          <w:rFonts w:ascii="Times New Roman" w:hAnsi="Times New Roman" w:cs="Times New Roman"/>
          <w:b/>
          <w:sz w:val="28"/>
          <w:szCs w:val="28"/>
        </w:rPr>
        <w:t>, Hussain Shaikh</w:t>
      </w:r>
      <w:r w:rsidRPr="00FE17A0">
        <w:rPr>
          <w:rFonts w:ascii="Times New Roman" w:hAnsi="Times New Roman" w:cs="Times New Roman"/>
          <w:b/>
          <w:position w:val="8"/>
          <w:sz w:val="28"/>
          <w:szCs w:val="28"/>
        </w:rPr>
        <w:t>4</w:t>
      </w:r>
      <w:r w:rsidRPr="00FE17A0">
        <w:rPr>
          <w:rFonts w:ascii="Times New Roman" w:hAnsi="Times New Roman" w:cs="Times New Roman"/>
          <w:b/>
          <w:sz w:val="28"/>
          <w:szCs w:val="28"/>
        </w:rPr>
        <w:t xml:space="preserve">, </w:t>
      </w:r>
      <w:r w:rsidR="00DA2EBE" w:rsidRPr="00FE17A0">
        <w:rPr>
          <w:rFonts w:ascii="Times New Roman" w:hAnsi="Times New Roman" w:cs="Times New Roman"/>
          <w:b/>
          <w:sz w:val="28"/>
          <w:szCs w:val="28"/>
        </w:rPr>
        <w:t xml:space="preserve">Ms. </w:t>
      </w:r>
      <w:proofErr w:type="spellStart"/>
      <w:r w:rsidR="00DA2EBE" w:rsidRPr="00FE17A0">
        <w:rPr>
          <w:rFonts w:ascii="Times New Roman" w:hAnsi="Times New Roman" w:cs="Times New Roman"/>
          <w:b/>
          <w:sz w:val="28"/>
          <w:szCs w:val="28"/>
        </w:rPr>
        <w:t>Noorusabah</w:t>
      </w:r>
      <w:proofErr w:type="spellEnd"/>
      <w:r w:rsidR="00DA2EBE" w:rsidRPr="00FE17A0">
        <w:rPr>
          <w:rFonts w:ascii="Times New Roman" w:hAnsi="Times New Roman" w:cs="Times New Roman"/>
          <w:b/>
          <w:sz w:val="28"/>
          <w:szCs w:val="28"/>
        </w:rPr>
        <w:t xml:space="preserve"> Say</w:t>
      </w:r>
      <w:r w:rsidRPr="00FE17A0">
        <w:rPr>
          <w:rFonts w:ascii="Times New Roman" w:hAnsi="Times New Roman" w:cs="Times New Roman"/>
          <w:b/>
          <w:sz w:val="28"/>
          <w:szCs w:val="28"/>
        </w:rPr>
        <w:t>ed</w:t>
      </w:r>
      <w:r w:rsidRPr="00FE17A0">
        <w:rPr>
          <w:rFonts w:ascii="Times New Roman" w:hAnsi="Times New Roman" w:cs="Times New Roman"/>
          <w:b/>
          <w:sz w:val="28"/>
          <w:szCs w:val="28"/>
          <w:vertAlign w:val="superscript"/>
        </w:rPr>
        <w:t>5</w:t>
      </w:r>
    </w:p>
    <w:p w:rsidR="005F0C83" w:rsidRPr="00FE17A0" w:rsidRDefault="005F0C83" w:rsidP="005F0C83">
      <w:pPr>
        <w:spacing w:before="82" w:line="292" w:lineRule="auto"/>
        <w:ind w:left="177" w:right="197" w:firstLine="16"/>
        <w:jc w:val="center"/>
        <w:rPr>
          <w:rFonts w:ascii="Times New Roman" w:hAnsi="Times New Roman" w:cs="Times New Roman"/>
          <w:spacing w:val="-2"/>
        </w:rPr>
      </w:pPr>
      <w:r>
        <w:rPr>
          <w:b/>
          <w:spacing w:val="40"/>
          <w:position w:val="8"/>
          <w:sz w:val="16"/>
        </w:rPr>
        <w:t xml:space="preserve"> </w:t>
      </w:r>
      <w:r w:rsidRPr="00FE17A0">
        <w:rPr>
          <w:rFonts w:ascii="Times New Roman" w:hAnsi="Times New Roman" w:cs="Times New Roman"/>
          <w:position w:val="8"/>
          <w:vertAlign w:val="superscript"/>
        </w:rPr>
        <w:t>1,2,3,4</w:t>
      </w:r>
      <w:r w:rsidRPr="00FE17A0">
        <w:rPr>
          <w:rFonts w:ascii="Times New Roman" w:hAnsi="Times New Roman" w:cs="Times New Roman"/>
        </w:rPr>
        <w:t>Student,</w:t>
      </w:r>
      <w:r w:rsidRPr="00FE17A0">
        <w:rPr>
          <w:rFonts w:ascii="Times New Roman" w:hAnsi="Times New Roman" w:cs="Times New Roman"/>
          <w:spacing w:val="-5"/>
        </w:rPr>
        <w:t xml:space="preserve"> </w:t>
      </w:r>
      <w:r w:rsidRPr="00FE17A0">
        <w:rPr>
          <w:rFonts w:ascii="Times New Roman" w:hAnsi="Times New Roman" w:cs="Times New Roman"/>
        </w:rPr>
        <w:t>Department</w:t>
      </w:r>
      <w:r w:rsidRPr="00FE17A0">
        <w:rPr>
          <w:rFonts w:ascii="Times New Roman" w:hAnsi="Times New Roman" w:cs="Times New Roman"/>
          <w:spacing w:val="-7"/>
        </w:rPr>
        <w:t xml:space="preserve"> </w:t>
      </w:r>
      <w:r w:rsidRPr="00FE17A0">
        <w:rPr>
          <w:rFonts w:ascii="Times New Roman" w:hAnsi="Times New Roman" w:cs="Times New Roman"/>
        </w:rPr>
        <w:t>of</w:t>
      </w:r>
      <w:r w:rsidRPr="00FE17A0">
        <w:rPr>
          <w:rFonts w:ascii="Times New Roman" w:hAnsi="Times New Roman" w:cs="Times New Roman"/>
          <w:spacing w:val="-13"/>
        </w:rPr>
        <w:t xml:space="preserve"> </w:t>
      </w:r>
      <w:r w:rsidRPr="00FE17A0">
        <w:rPr>
          <w:rFonts w:ascii="Times New Roman" w:hAnsi="Times New Roman" w:cs="Times New Roman"/>
        </w:rPr>
        <w:t>Artificial</w:t>
      </w:r>
      <w:r w:rsidRPr="00FE17A0">
        <w:rPr>
          <w:rFonts w:ascii="Times New Roman" w:hAnsi="Times New Roman" w:cs="Times New Roman"/>
          <w:spacing w:val="-3"/>
        </w:rPr>
        <w:t xml:space="preserve"> </w:t>
      </w:r>
      <w:r w:rsidRPr="00FE17A0">
        <w:rPr>
          <w:rFonts w:ascii="Times New Roman" w:hAnsi="Times New Roman" w:cs="Times New Roman"/>
        </w:rPr>
        <w:t>Intelligence</w:t>
      </w:r>
      <w:r w:rsidRPr="00FE17A0">
        <w:rPr>
          <w:rFonts w:ascii="Times New Roman" w:hAnsi="Times New Roman" w:cs="Times New Roman"/>
          <w:spacing w:val="-4"/>
        </w:rPr>
        <w:t xml:space="preserve"> </w:t>
      </w:r>
      <w:r w:rsidRPr="00FE17A0">
        <w:rPr>
          <w:rFonts w:ascii="Times New Roman" w:hAnsi="Times New Roman" w:cs="Times New Roman"/>
        </w:rPr>
        <w:t>and</w:t>
      </w:r>
      <w:r w:rsidRPr="00FE17A0">
        <w:rPr>
          <w:rFonts w:ascii="Times New Roman" w:hAnsi="Times New Roman" w:cs="Times New Roman"/>
          <w:spacing w:val="-5"/>
        </w:rPr>
        <w:t xml:space="preserve"> </w:t>
      </w:r>
      <w:r w:rsidRPr="00FE17A0">
        <w:rPr>
          <w:rFonts w:ascii="Times New Roman" w:hAnsi="Times New Roman" w:cs="Times New Roman"/>
        </w:rPr>
        <w:t>Machine</w:t>
      </w:r>
      <w:r w:rsidRPr="00FE17A0">
        <w:rPr>
          <w:rFonts w:ascii="Times New Roman" w:hAnsi="Times New Roman" w:cs="Times New Roman"/>
          <w:spacing w:val="-4"/>
        </w:rPr>
        <w:t xml:space="preserve"> </w:t>
      </w:r>
      <w:r w:rsidRPr="00FE17A0">
        <w:rPr>
          <w:rFonts w:ascii="Times New Roman" w:hAnsi="Times New Roman" w:cs="Times New Roman"/>
        </w:rPr>
        <w:t>Learning,</w:t>
      </w:r>
      <w:r w:rsidRPr="00FE17A0">
        <w:rPr>
          <w:rFonts w:ascii="Times New Roman" w:hAnsi="Times New Roman" w:cs="Times New Roman"/>
          <w:spacing w:val="-4"/>
        </w:rPr>
        <w:t xml:space="preserve"> </w:t>
      </w:r>
      <w:r w:rsidRPr="00FE17A0">
        <w:rPr>
          <w:rFonts w:ascii="Times New Roman" w:hAnsi="Times New Roman" w:cs="Times New Roman"/>
        </w:rPr>
        <w:t>M.H</w:t>
      </w:r>
      <w:r w:rsidRPr="00FE17A0">
        <w:rPr>
          <w:rFonts w:ascii="Times New Roman" w:hAnsi="Times New Roman" w:cs="Times New Roman"/>
          <w:spacing w:val="-4"/>
        </w:rPr>
        <w:t xml:space="preserve"> </w:t>
      </w:r>
      <w:proofErr w:type="spellStart"/>
      <w:r w:rsidRPr="00FE17A0">
        <w:rPr>
          <w:rFonts w:ascii="Times New Roman" w:hAnsi="Times New Roman" w:cs="Times New Roman"/>
        </w:rPr>
        <w:t>Saboo</w:t>
      </w:r>
      <w:proofErr w:type="spellEnd"/>
      <w:r w:rsidRPr="00FE17A0">
        <w:rPr>
          <w:rFonts w:ascii="Times New Roman" w:hAnsi="Times New Roman" w:cs="Times New Roman"/>
          <w:spacing w:val="-3"/>
        </w:rPr>
        <w:t xml:space="preserve"> </w:t>
      </w:r>
      <w:proofErr w:type="spellStart"/>
      <w:r w:rsidRPr="00FE17A0">
        <w:rPr>
          <w:rFonts w:ascii="Times New Roman" w:hAnsi="Times New Roman" w:cs="Times New Roman"/>
        </w:rPr>
        <w:t>Siddik</w:t>
      </w:r>
      <w:proofErr w:type="spellEnd"/>
      <w:r w:rsidRPr="00FE17A0">
        <w:rPr>
          <w:rFonts w:ascii="Times New Roman" w:hAnsi="Times New Roman" w:cs="Times New Roman"/>
          <w:spacing w:val="-3"/>
        </w:rPr>
        <w:t xml:space="preserve"> </w:t>
      </w:r>
      <w:r w:rsidRPr="00FE17A0">
        <w:rPr>
          <w:rFonts w:ascii="Times New Roman" w:hAnsi="Times New Roman" w:cs="Times New Roman"/>
        </w:rPr>
        <w:t>Polytechnic,</w:t>
      </w:r>
      <w:r w:rsidRPr="00FE17A0">
        <w:rPr>
          <w:rFonts w:ascii="Times New Roman" w:hAnsi="Times New Roman" w:cs="Times New Roman"/>
          <w:spacing w:val="-4"/>
        </w:rPr>
        <w:t xml:space="preserve"> </w:t>
      </w:r>
      <w:r w:rsidRPr="00FE17A0">
        <w:rPr>
          <w:rFonts w:ascii="Times New Roman" w:hAnsi="Times New Roman" w:cs="Times New Roman"/>
        </w:rPr>
        <w:t xml:space="preserve">Mumbai, </w:t>
      </w:r>
      <w:r w:rsidRPr="00FE17A0">
        <w:rPr>
          <w:rFonts w:ascii="Times New Roman" w:hAnsi="Times New Roman" w:cs="Times New Roman"/>
          <w:spacing w:val="-2"/>
        </w:rPr>
        <w:t>India.</w:t>
      </w:r>
    </w:p>
    <w:p w:rsidR="005F0C83" w:rsidRPr="00FE17A0" w:rsidRDefault="005F0C83" w:rsidP="005F0C83">
      <w:pPr>
        <w:spacing w:before="82" w:line="292" w:lineRule="auto"/>
        <w:ind w:left="177" w:right="197" w:firstLine="16"/>
        <w:jc w:val="center"/>
        <w:rPr>
          <w:rFonts w:ascii="Times New Roman" w:hAnsi="Times New Roman" w:cs="Times New Roman"/>
          <w:spacing w:val="-2"/>
        </w:rPr>
      </w:pPr>
      <w:r w:rsidRPr="00FE17A0">
        <w:rPr>
          <w:rFonts w:ascii="Times New Roman" w:hAnsi="Times New Roman" w:cs="Times New Roman"/>
          <w:spacing w:val="-2"/>
          <w:vertAlign w:val="superscript"/>
        </w:rPr>
        <w:t>5</w:t>
      </w:r>
      <w:r w:rsidRPr="00FE17A0">
        <w:rPr>
          <w:rFonts w:ascii="Times New Roman" w:hAnsi="Times New Roman" w:cs="Times New Roman"/>
          <w:spacing w:val="-2"/>
        </w:rPr>
        <w:t xml:space="preserve">H.O.D – </w:t>
      </w:r>
      <w:r w:rsidRPr="00FE17A0">
        <w:rPr>
          <w:rFonts w:ascii="Times New Roman" w:hAnsi="Times New Roman" w:cs="Times New Roman"/>
        </w:rPr>
        <w:t>Department</w:t>
      </w:r>
      <w:r w:rsidRPr="00FE17A0">
        <w:rPr>
          <w:rFonts w:ascii="Times New Roman" w:hAnsi="Times New Roman" w:cs="Times New Roman"/>
          <w:spacing w:val="-7"/>
        </w:rPr>
        <w:t xml:space="preserve"> </w:t>
      </w:r>
      <w:r w:rsidRPr="00FE17A0">
        <w:rPr>
          <w:rFonts w:ascii="Times New Roman" w:hAnsi="Times New Roman" w:cs="Times New Roman"/>
        </w:rPr>
        <w:t>of</w:t>
      </w:r>
      <w:r w:rsidRPr="00FE17A0">
        <w:rPr>
          <w:rFonts w:ascii="Times New Roman" w:hAnsi="Times New Roman" w:cs="Times New Roman"/>
          <w:spacing w:val="-13"/>
        </w:rPr>
        <w:t xml:space="preserve"> </w:t>
      </w:r>
      <w:r w:rsidRPr="00FE17A0">
        <w:rPr>
          <w:rFonts w:ascii="Times New Roman" w:hAnsi="Times New Roman" w:cs="Times New Roman"/>
        </w:rPr>
        <w:t>Artificial</w:t>
      </w:r>
      <w:r w:rsidRPr="00FE17A0">
        <w:rPr>
          <w:rFonts w:ascii="Times New Roman" w:hAnsi="Times New Roman" w:cs="Times New Roman"/>
          <w:spacing w:val="-3"/>
        </w:rPr>
        <w:t xml:space="preserve"> </w:t>
      </w:r>
      <w:r w:rsidRPr="00FE17A0">
        <w:rPr>
          <w:rFonts w:ascii="Times New Roman" w:hAnsi="Times New Roman" w:cs="Times New Roman"/>
        </w:rPr>
        <w:t>Intelligence</w:t>
      </w:r>
      <w:r w:rsidRPr="00FE17A0">
        <w:rPr>
          <w:rFonts w:ascii="Times New Roman" w:hAnsi="Times New Roman" w:cs="Times New Roman"/>
          <w:spacing w:val="-4"/>
        </w:rPr>
        <w:t xml:space="preserve"> </w:t>
      </w:r>
      <w:r w:rsidRPr="00FE17A0">
        <w:rPr>
          <w:rFonts w:ascii="Times New Roman" w:hAnsi="Times New Roman" w:cs="Times New Roman"/>
        </w:rPr>
        <w:t>and</w:t>
      </w:r>
      <w:r w:rsidRPr="00FE17A0">
        <w:rPr>
          <w:rFonts w:ascii="Times New Roman" w:hAnsi="Times New Roman" w:cs="Times New Roman"/>
          <w:spacing w:val="-5"/>
        </w:rPr>
        <w:t xml:space="preserve"> </w:t>
      </w:r>
      <w:r w:rsidRPr="00FE17A0">
        <w:rPr>
          <w:rFonts w:ascii="Times New Roman" w:hAnsi="Times New Roman" w:cs="Times New Roman"/>
        </w:rPr>
        <w:t>Machine</w:t>
      </w:r>
      <w:r w:rsidRPr="00FE17A0">
        <w:rPr>
          <w:rFonts w:ascii="Times New Roman" w:hAnsi="Times New Roman" w:cs="Times New Roman"/>
          <w:spacing w:val="-4"/>
        </w:rPr>
        <w:t xml:space="preserve"> </w:t>
      </w:r>
      <w:proofErr w:type="gramStart"/>
      <w:r w:rsidRPr="00FE17A0">
        <w:rPr>
          <w:rFonts w:ascii="Times New Roman" w:hAnsi="Times New Roman" w:cs="Times New Roman"/>
        </w:rPr>
        <w:t>Learning</w:t>
      </w:r>
      <w:r w:rsidRPr="00FE17A0">
        <w:rPr>
          <w:rFonts w:ascii="Times New Roman" w:hAnsi="Times New Roman" w:cs="Times New Roman"/>
          <w:spacing w:val="-2"/>
        </w:rPr>
        <w:t xml:space="preserve"> ,</w:t>
      </w:r>
      <w:proofErr w:type="gramEnd"/>
      <w:r w:rsidRPr="00FE17A0">
        <w:rPr>
          <w:rFonts w:ascii="Times New Roman" w:hAnsi="Times New Roman" w:cs="Times New Roman"/>
          <w:spacing w:val="-2"/>
        </w:rPr>
        <w:t xml:space="preserve"> </w:t>
      </w:r>
      <w:proofErr w:type="spellStart"/>
      <w:r w:rsidRPr="00FE17A0">
        <w:rPr>
          <w:rFonts w:ascii="Times New Roman" w:hAnsi="Times New Roman" w:cs="Times New Roman"/>
          <w:spacing w:val="-2"/>
        </w:rPr>
        <w:t>Saboo</w:t>
      </w:r>
      <w:proofErr w:type="spellEnd"/>
      <w:r w:rsidRPr="00FE17A0">
        <w:rPr>
          <w:rFonts w:ascii="Times New Roman" w:hAnsi="Times New Roman" w:cs="Times New Roman"/>
          <w:spacing w:val="-2"/>
        </w:rPr>
        <w:t xml:space="preserve"> </w:t>
      </w:r>
      <w:proofErr w:type="spellStart"/>
      <w:r w:rsidRPr="00FE17A0">
        <w:rPr>
          <w:rFonts w:ascii="Times New Roman" w:hAnsi="Times New Roman" w:cs="Times New Roman"/>
          <w:spacing w:val="-2"/>
        </w:rPr>
        <w:t>Siddik</w:t>
      </w:r>
      <w:proofErr w:type="spellEnd"/>
      <w:r w:rsidRPr="00FE17A0">
        <w:rPr>
          <w:rFonts w:ascii="Times New Roman" w:hAnsi="Times New Roman" w:cs="Times New Roman"/>
          <w:spacing w:val="-2"/>
        </w:rPr>
        <w:t xml:space="preserve"> Polytechnic , Mumbai , India</w:t>
      </w:r>
    </w:p>
    <w:p w:rsidR="005F0C83" w:rsidRDefault="005F0C83" w:rsidP="005F0C83">
      <w:pPr>
        <w:pStyle w:val="BodyText"/>
        <w:spacing w:before="7"/>
        <w:rPr>
          <w:sz w:val="4"/>
        </w:rPr>
      </w:pPr>
      <w:r>
        <w:rPr>
          <w:noProof/>
          <w:sz w:val="4"/>
          <w:lang w:val="en-IN" w:eastAsia="en-IN"/>
        </w:rPr>
        <mc:AlternateContent>
          <mc:Choice Requires="wps">
            <w:drawing>
              <wp:anchor distT="0" distB="0" distL="0" distR="0" simplePos="0" relativeHeight="251659264" behindDoc="1" locked="0" layoutInCell="1" allowOverlap="1" wp14:anchorId="7CF7EBDA" wp14:editId="4E1FFF9B">
                <wp:simplePos x="0" y="0"/>
                <wp:positionH relativeFrom="page">
                  <wp:posOffset>734568</wp:posOffset>
                </wp:positionH>
                <wp:positionV relativeFrom="paragraph">
                  <wp:posOffset>48895</wp:posOffset>
                </wp:positionV>
                <wp:extent cx="608711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6602" y="0"/>
                              </a:moveTo>
                              <a:lnTo>
                                <a:pt x="0" y="0"/>
                              </a:lnTo>
                              <a:lnTo>
                                <a:pt x="0" y="6096"/>
                              </a:lnTo>
                              <a:lnTo>
                                <a:pt x="6086602" y="6096"/>
                              </a:lnTo>
                              <a:lnTo>
                                <a:pt x="60866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07ED95" id="Graphic 9" o:spid="_x0000_s1026" style="position:absolute;margin-left:57.85pt;margin-top:3.85pt;width:479.3pt;height:.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" path="m6086602,l,,,6096r6086602,l6086602,xe" fillcolor="black" stroked="f">
                <v:path arrowok="t"/>
                <w10:wrap type="topAndBottom" anchorx="page"/>
              </v:shape>
            </w:pict>
          </mc:Fallback>
        </mc:AlternateContent>
      </w:r>
    </w:p>
    <w:p w:rsidR="00DA2EBE" w:rsidRPr="00FE17A0" w:rsidRDefault="00647EF1" w:rsidP="00DA2EBE">
      <w:pPr>
        <w:rPr>
          <w:rFonts w:ascii="Times New Roman" w:hAnsi="Times New Roman" w:cs="Times New Roman"/>
          <w:sz w:val="24"/>
          <w:szCs w:val="24"/>
        </w:rPr>
      </w:pPr>
      <w:r>
        <w:br/>
      </w:r>
      <w:r w:rsidR="00DA2EBE" w:rsidRPr="00FE17A0">
        <w:rPr>
          <w:rFonts w:ascii="Times New Roman" w:eastAsia="Times New Roman" w:hAnsi="Times New Roman" w:cs="Times New Roman"/>
          <w:b/>
          <w:sz w:val="24"/>
          <w:szCs w:val="24"/>
          <w:lang w:val="en-IN" w:eastAsia="en-IN"/>
        </w:rPr>
        <w:t xml:space="preserve">ABSTRACT </w:t>
      </w:r>
      <w:r w:rsidR="00DA2EBE" w:rsidRPr="00FE17A0">
        <w:rPr>
          <w:rFonts w:ascii="Times New Roman" w:eastAsia="Times New Roman" w:hAnsi="Times New Roman" w:cs="Times New Roman"/>
          <w:sz w:val="24"/>
          <w:szCs w:val="24"/>
          <w:lang w:val="en-IN" w:eastAsia="en-IN"/>
        </w:rPr>
        <w:br/>
      </w:r>
      <w:bookmarkStart w:id="0" w:name="_GoBack"/>
      <w:r w:rsidR="00DA2EBE" w:rsidRPr="00FE17A0">
        <w:rPr>
          <w:rFonts w:ascii="Times New Roman" w:eastAsia="Times New Roman" w:hAnsi="Times New Roman" w:cs="Times New Roman"/>
          <w:sz w:val="24"/>
          <w:szCs w:val="24"/>
          <w:lang w:val="en-IN" w:eastAsia="en-IN"/>
        </w:rPr>
        <w:t xml:space="preserve">The college </w:t>
      </w:r>
      <w:proofErr w:type="spellStart"/>
      <w:r w:rsidR="00DA2EBE" w:rsidRPr="00FE17A0">
        <w:rPr>
          <w:rFonts w:ascii="Times New Roman" w:eastAsia="Times New Roman" w:hAnsi="Times New Roman" w:cs="Times New Roman"/>
          <w:sz w:val="24"/>
          <w:szCs w:val="24"/>
          <w:lang w:val="en-IN" w:eastAsia="en-IN"/>
        </w:rPr>
        <w:t>chatbot</w:t>
      </w:r>
      <w:proofErr w:type="spellEnd"/>
      <w:r w:rsidR="00DA2EBE" w:rsidRPr="00FE17A0">
        <w:rPr>
          <w:rFonts w:ascii="Times New Roman" w:eastAsia="Times New Roman" w:hAnsi="Times New Roman" w:cs="Times New Roman"/>
          <w:sz w:val="24"/>
          <w:szCs w:val="24"/>
          <w:lang w:val="en-IN" w:eastAsia="en-IN"/>
        </w:rPr>
        <w:t xml:space="preserve"> system presented in this paper is intended to help students with administrative and academic procedures. The system provides real-time answers to questions about sc</w:t>
      </w:r>
      <w:r w:rsidRPr="00FE17A0">
        <w:rPr>
          <w:rFonts w:ascii="Times New Roman" w:eastAsia="Times New Roman" w:hAnsi="Times New Roman" w:cs="Times New Roman"/>
          <w:sz w:val="24"/>
          <w:szCs w:val="24"/>
          <w:lang w:val="en-IN" w:eastAsia="en-IN"/>
        </w:rPr>
        <w:t>hedules, instructors, course related info</w:t>
      </w:r>
      <w:r w:rsidR="00DA2EBE" w:rsidRPr="00FE17A0">
        <w:rPr>
          <w:rFonts w:ascii="Times New Roman" w:eastAsia="Times New Roman" w:hAnsi="Times New Roman" w:cs="Times New Roman"/>
          <w:sz w:val="24"/>
          <w:szCs w:val="24"/>
          <w:lang w:val="en-IN" w:eastAsia="en-IN"/>
        </w:rPr>
        <w:t>, and ot</w:t>
      </w:r>
      <w:r w:rsidRPr="00FE17A0">
        <w:rPr>
          <w:rFonts w:ascii="Times New Roman" w:eastAsia="Times New Roman" w:hAnsi="Times New Roman" w:cs="Times New Roman"/>
          <w:sz w:val="24"/>
          <w:szCs w:val="24"/>
          <w:lang w:val="en-IN" w:eastAsia="en-IN"/>
        </w:rPr>
        <w:t>her topics using flask and Gemini AI. Its simple</w:t>
      </w:r>
      <w:r w:rsidR="00DA2EBE" w:rsidRPr="00FE17A0">
        <w:rPr>
          <w:rFonts w:ascii="Times New Roman" w:eastAsia="Times New Roman" w:hAnsi="Times New Roman" w:cs="Times New Roman"/>
          <w:sz w:val="24"/>
          <w:szCs w:val="24"/>
          <w:lang w:val="en-IN" w:eastAsia="en-IN"/>
        </w:rPr>
        <w:t xml:space="preserve"> approach improves student experience, increases institutional efficiency, and reduces manual intervention. The </w:t>
      </w:r>
      <w:proofErr w:type="spellStart"/>
      <w:r w:rsidR="00DA2EBE" w:rsidRPr="00FE17A0">
        <w:rPr>
          <w:rFonts w:ascii="Times New Roman" w:eastAsia="Times New Roman" w:hAnsi="Times New Roman" w:cs="Times New Roman"/>
          <w:sz w:val="24"/>
          <w:szCs w:val="24"/>
          <w:lang w:val="en-IN" w:eastAsia="en-IN"/>
        </w:rPr>
        <w:t>chatbot's</w:t>
      </w:r>
      <w:proofErr w:type="spellEnd"/>
      <w:r w:rsidR="00DA2EBE" w:rsidRPr="00FE17A0">
        <w:rPr>
          <w:rFonts w:ascii="Times New Roman" w:eastAsia="Times New Roman" w:hAnsi="Times New Roman" w:cs="Times New Roman"/>
          <w:sz w:val="24"/>
          <w:szCs w:val="24"/>
          <w:lang w:val="en-IN" w:eastAsia="en-IN"/>
        </w:rPr>
        <w:t xml:space="preserve"> user-friendly interface</w:t>
      </w:r>
      <w:r w:rsidRPr="00FE17A0">
        <w:rPr>
          <w:rFonts w:ascii="Times New Roman" w:eastAsia="Times New Roman" w:hAnsi="Times New Roman" w:cs="Times New Roman"/>
          <w:sz w:val="24"/>
          <w:szCs w:val="24"/>
          <w:lang w:val="en-IN" w:eastAsia="en-IN"/>
        </w:rPr>
        <w:t xml:space="preserve"> provides a very simple yet effective system for query input and outputs</w:t>
      </w:r>
      <w:r w:rsidR="00DA2EBE" w:rsidRPr="00FE17A0">
        <w:rPr>
          <w:rFonts w:ascii="Times New Roman" w:eastAsia="Times New Roman" w:hAnsi="Times New Roman" w:cs="Times New Roman"/>
          <w:sz w:val="24"/>
          <w:szCs w:val="24"/>
          <w:lang w:val="en-IN" w:eastAsia="en-IN"/>
        </w:rPr>
        <w:t>. According to preliminary testing, the system dramatically improves student engagement and speeds up response times.</w:t>
      </w:r>
      <w:r w:rsidR="00DA2EBE" w:rsidRPr="00FE17A0">
        <w:rPr>
          <w:rFonts w:ascii="Times New Roman" w:eastAsia="Times New Roman" w:hAnsi="Times New Roman" w:cs="Times New Roman"/>
          <w:sz w:val="24"/>
          <w:szCs w:val="24"/>
          <w:lang w:val="en-IN" w:eastAsia="en-IN"/>
        </w:rPr>
        <w:br/>
        <w:t xml:space="preserve">Keywords: academic queries, automation, student support, NLP, AI, college </w:t>
      </w:r>
      <w:proofErr w:type="spellStart"/>
      <w:r w:rsidR="00DA2EBE" w:rsidRPr="00FE17A0">
        <w:rPr>
          <w:rFonts w:ascii="Times New Roman" w:eastAsia="Times New Roman" w:hAnsi="Times New Roman" w:cs="Times New Roman"/>
          <w:sz w:val="24"/>
          <w:szCs w:val="24"/>
          <w:lang w:val="en-IN" w:eastAsia="en-IN"/>
        </w:rPr>
        <w:t>chatbot</w:t>
      </w:r>
      <w:proofErr w:type="spellEnd"/>
      <w:r w:rsidR="00DA2EBE" w:rsidRPr="00FE17A0">
        <w:rPr>
          <w:rFonts w:ascii="Times New Roman" w:eastAsia="Times New Roman" w:hAnsi="Times New Roman" w:cs="Times New Roman"/>
          <w:sz w:val="24"/>
          <w:szCs w:val="24"/>
          <w:lang w:val="en-IN" w:eastAsia="en-IN"/>
        </w:rPr>
        <w:t xml:space="preserve">, and </w:t>
      </w:r>
      <w:r w:rsidRPr="00FE17A0">
        <w:rPr>
          <w:rFonts w:ascii="Times New Roman" w:eastAsia="Times New Roman" w:hAnsi="Times New Roman" w:cs="Times New Roman"/>
          <w:sz w:val="24"/>
          <w:szCs w:val="24"/>
          <w:lang w:val="en-IN" w:eastAsia="en-IN"/>
        </w:rPr>
        <w:t>Course related data</w:t>
      </w:r>
      <w:bookmarkEnd w:id="0"/>
      <w:r w:rsidR="00DA2EBE" w:rsidRPr="00FE17A0">
        <w:rPr>
          <w:rFonts w:ascii="Times New Roman" w:eastAsia="Times New Roman" w:hAnsi="Times New Roman" w:cs="Times New Roman"/>
          <w:sz w:val="24"/>
          <w:szCs w:val="24"/>
          <w:lang w:val="en-IN" w:eastAsia="en-IN"/>
        </w:rPr>
        <w:t xml:space="preserve">. </w:t>
      </w:r>
      <w:r w:rsidR="00DA2EBE" w:rsidRPr="00FE17A0">
        <w:rPr>
          <w:rFonts w:ascii="Times New Roman" w:eastAsia="Times New Roman" w:hAnsi="Times New Roman" w:cs="Times New Roman"/>
          <w:sz w:val="24"/>
          <w:szCs w:val="24"/>
          <w:lang w:val="en-IN" w:eastAsia="en-IN"/>
        </w:rPr>
        <w:br/>
      </w:r>
      <w:r w:rsidR="00DA2EBE" w:rsidRPr="00FE17A0">
        <w:rPr>
          <w:rFonts w:ascii="Times New Roman" w:eastAsia="Times New Roman" w:hAnsi="Times New Roman" w:cs="Times New Roman"/>
          <w:sz w:val="24"/>
          <w:szCs w:val="24"/>
          <w:lang w:val="en-IN" w:eastAsia="en-IN"/>
        </w:rPr>
        <w:br/>
      </w:r>
      <w:r w:rsidR="00DA2EBE" w:rsidRPr="00FE17A0">
        <w:rPr>
          <w:rFonts w:ascii="Times New Roman" w:eastAsia="Times New Roman" w:hAnsi="Times New Roman" w:cs="Times New Roman"/>
          <w:b/>
          <w:sz w:val="24"/>
          <w:szCs w:val="24"/>
          <w:lang w:val="en-IN" w:eastAsia="en-IN"/>
        </w:rPr>
        <w:t>1. OVERVIEW</w:t>
      </w:r>
      <w:r w:rsidR="00DA2EBE" w:rsidRPr="00FE17A0">
        <w:rPr>
          <w:rFonts w:ascii="Times New Roman" w:eastAsia="Times New Roman" w:hAnsi="Times New Roman" w:cs="Times New Roman"/>
          <w:b/>
          <w:sz w:val="28"/>
          <w:szCs w:val="24"/>
          <w:lang w:val="en-IN" w:eastAsia="en-IN"/>
        </w:rPr>
        <w:t xml:space="preserve"> </w:t>
      </w:r>
      <w:r w:rsidR="00DA2EBE" w:rsidRPr="00FE17A0">
        <w:rPr>
          <w:rFonts w:ascii="Times New Roman" w:eastAsia="Times New Roman" w:hAnsi="Times New Roman" w:cs="Times New Roman"/>
          <w:sz w:val="24"/>
          <w:szCs w:val="24"/>
          <w:lang w:val="en-IN" w:eastAsia="en-IN"/>
        </w:rPr>
        <w:br/>
        <w:t xml:space="preserve">Students today deal with a number of difficulties in juggling their administrative and academic obligations. The goal of college </w:t>
      </w:r>
      <w:proofErr w:type="spellStart"/>
      <w:r w:rsidR="00DA2EBE" w:rsidRPr="00FE17A0">
        <w:rPr>
          <w:rFonts w:ascii="Times New Roman" w:eastAsia="Times New Roman" w:hAnsi="Times New Roman" w:cs="Times New Roman"/>
          <w:sz w:val="24"/>
          <w:szCs w:val="24"/>
          <w:lang w:val="en-IN" w:eastAsia="en-IN"/>
        </w:rPr>
        <w:t>chatbot</w:t>
      </w:r>
      <w:proofErr w:type="spellEnd"/>
      <w:r w:rsidR="00DA2EBE" w:rsidRPr="00FE17A0">
        <w:rPr>
          <w:rFonts w:ascii="Times New Roman" w:eastAsia="Times New Roman" w:hAnsi="Times New Roman" w:cs="Times New Roman"/>
          <w:sz w:val="24"/>
          <w:szCs w:val="24"/>
          <w:lang w:val="en-IN" w:eastAsia="en-IN"/>
        </w:rPr>
        <w:t xml:space="preserve"> systems is to improve communication and information access by</w:t>
      </w:r>
      <w:r w:rsidR="009B7793" w:rsidRPr="00FE17A0">
        <w:rPr>
          <w:rFonts w:ascii="Times New Roman" w:hAnsi="Times New Roman" w:cs="Times New Roman"/>
          <w:sz w:val="24"/>
          <w:szCs w:val="24"/>
        </w:rPr>
        <w:t xml:space="preserve"> providing instant, accurate, and automated responses to common queries. These systems utilize artificial intelligence and natural language processing to interpret user input and deliver relevant information in real-time, thereby reducing dependency on manual processes, minimizing delays, and enhancing the overall student experience. By offering 24/7 support and easy accessibility across platforms, college </w:t>
      </w:r>
      <w:proofErr w:type="spellStart"/>
      <w:r w:rsidR="009B7793" w:rsidRPr="00FE17A0">
        <w:rPr>
          <w:rFonts w:ascii="Times New Roman" w:hAnsi="Times New Roman" w:cs="Times New Roman"/>
          <w:sz w:val="24"/>
          <w:szCs w:val="24"/>
        </w:rPr>
        <w:t>chatbots</w:t>
      </w:r>
      <w:proofErr w:type="spellEnd"/>
      <w:r w:rsidR="009B7793" w:rsidRPr="00FE17A0">
        <w:rPr>
          <w:rFonts w:ascii="Times New Roman" w:hAnsi="Times New Roman" w:cs="Times New Roman"/>
          <w:sz w:val="24"/>
          <w:szCs w:val="24"/>
        </w:rPr>
        <w:t xml:space="preserve"> serve as a reliable digital assistant for students, faculty, and administrative staff alike.</w:t>
      </w:r>
    </w:p>
    <w:p w:rsidR="00647EF1" w:rsidRPr="00FE17A0" w:rsidRDefault="00647EF1" w:rsidP="00DA2EBE">
      <w:pPr>
        <w:rPr>
          <w:rFonts w:ascii="Times New Roman" w:eastAsia="Times New Roman" w:hAnsi="Times New Roman" w:cs="Times New Roman"/>
          <w:b/>
          <w:sz w:val="24"/>
          <w:szCs w:val="24"/>
          <w:lang w:val="en-IN" w:eastAsia="en-IN"/>
        </w:rPr>
      </w:pPr>
      <w:r w:rsidRPr="00FE17A0">
        <w:rPr>
          <w:rFonts w:ascii="Times New Roman" w:hAnsi="Times New Roman" w:cs="Times New Roman"/>
          <w:b/>
          <w:sz w:val="24"/>
          <w:szCs w:val="24"/>
        </w:rPr>
        <w:t>2. IMPLEMENTATION PLAN</w:t>
      </w:r>
    </w:p>
    <w:p w:rsidR="00647EF1" w:rsidRPr="00FE17A0" w:rsidRDefault="00647EF1" w:rsidP="00647EF1">
      <w:pPr>
        <w:spacing w:before="100" w:beforeAutospacing="1" w:after="100" w:afterAutospacing="1" w:line="240" w:lineRule="auto"/>
        <w:rPr>
          <w:rFonts w:ascii="Times New Roman" w:eastAsia="Times New Roman" w:hAnsi="Times New Roman" w:cs="Times New Roman"/>
          <w:sz w:val="24"/>
          <w:szCs w:val="24"/>
          <w:lang w:val="en-IN" w:eastAsia="en-IN"/>
        </w:rPr>
      </w:pPr>
      <w:r w:rsidRPr="00FE17A0">
        <w:rPr>
          <w:rFonts w:ascii="Times New Roman" w:eastAsia="Times New Roman" w:hAnsi="Times New Roman" w:cs="Times New Roman"/>
          <w:sz w:val="24"/>
          <w:szCs w:val="24"/>
          <w:lang w:val="en-IN" w:eastAsia="en-IN"/>
        </w:rPr>
        <w:t xml:space="preserve">To bring our college </w:t>
      </w:r>
      <w:proofErr w:type="spellStart"/>
      <w:r w:rsidRPr="00FE17A0">
        <w:rPr>
          <w:rFonts w:ascii="Times New Roman" w:eastAsia="Times New Roman" w:hAnsi="Times New Roman" w:cs="Times New Roman"/>
          <w:sz w:val="24"/>
          <w:szCs w:val="24"/>
          <w:lang w:val="en-IN" w:eastAsia="en-IN"/>
        </w:rPr>
        <w:t>chatbot</w:t>
      </w:r>
      <w:proofErr w:type="spellEnd"/>
      <w:r w:rsidRPr="00FE17A0">
        <w:rPr>
          <w:rFonts w:ascii="Times New Roman" w:eastAsia="Times New Roman" w:hAnsi="Times New Roman" w:cs="Times New Roman"/>
          <w:sz w:val="24"/>
          <w:szCs w:val="24"/>
          <w:lang w:val="en-IN" w:eastAsia="en-IN"/>
        </w:rPr>
        <w:t xml:space="preserve"> to life, we followed a step-by-step plan. First, we trained the </w:t>
      </w:r>
      <w:proofErr w:type="spellStart"/>
      <w:r w:rsidRPr="00FE17A0">
        <w:rPr>
          <w:rFonts w:ascii="Times New Roman" w:eastAsia="Times New Roman" w:hAnsi="Times New Roman" w:cs="Times New Roman"/>
          <w:sz w:val="24"/>
          <w:szCs w:val="24"/>
          <w:lang w:val="en-IN" w:eastAsia="en-IN"/>
        </w:rPr>
        <w:t>chatbot</w:t>
      </w:r>
      <w:proofErr w:type="spellEnd"/>
      <w:r w:rsidRPr="00FE17A0">
        <w:rPr>
          <w:rFonts w:ascii="Times New Roman" w:eastAsia="Times New Roman" w:hAnsi="Times New Roman" w:cs="Times New Roman"/>
          <w:sz w:val="24"/>
          <w:szCs w:val="24"/>
          <w:lang w:val="en-IN" w:eastAsia="en-IN"/>
        </w:rPr>
        <w:t xml:space="preserve"> using machine learning on a dataset from our college so it could understand what students are asking — whether it's about timetables, faculty, or exams. We also integrated more that 100+ languages for ease of communication by different people. We also added </w:t>
      </w:r>
      <w:r w:rsidRPr="00FE17A0">
        <w:rPr>
          <w:rFonts w:ascii="Times New Roman" w:eastAsia="Times New Roman" w:hAnsi="Times New Roman" w:cs="Times New Roman"/>
          <w:sz w:val="24"/>
          <w:szCs w:val="24"/>
          <w:lang w:val="en-IN" w:eastAsia="en-IN"/>
        </w:rPr>
        <w:lastRenderedPageBreak/>
        <w:t xml:space="preserve">a feature where the </w:t>
      </w:r>
      <w:proofErr w:type="spellStart"/>
      <w:r w:rsidRPr="00FE17A0">
        <w:rPr>
          <w:rFonts w:ascii="Times New Roman" w:eastAsia="Times New Roman" w:hAnsi="Times New Roman" w:cs="Times New Roman"/>
          <w:sz w:val="24"/>
          <w:szCs w:val="24"/>
          <w:lang w:val="en-IN" w:eastAsia="en-IN"/>
        </w:rPr>
        <w:t>chatbot</w:t>
      </w:r>
      <w:proofErr w:type="spellEnd"/>
      <w:r w:rsidRPr="00FE17A0">
        <w:rPr>
          <w:rFonts w:ascii="Times New Roman" w:eastAsia="Times New Roman" w:hAnsi="Times New Roman" w:cs="Times New Roman"/>
          <w:sz w:val="24"/>
          <w:szCs w:val="24"/>
          <w:lang w:val="en-IN" w:eastAsia="en-IN"/>
        </w:rPr>
        <w:t xml:space="preserve"> learns from every conversation. That means the more it's used, the smarter it gets. To keep things safe, all user data is stored securely, and only the right people have access. Lastly, we created a clean and simple interface so students don’t get confused while chatting with it.</w:t>
      </w:r>
    </w:p>
    <w:p w:rsidR="000442F8" w:rsidRPr="00FE17A0" w:rsidRDefault="000442F8">
      <w:pPr>
        <w:rPr>
          <w:rFonts w:ascii="Times New Roman" w:hAnsi="Times New Roman" w:cs="Times New Roman"/>
        </w:rPr>
      </w:pPr>
    </w:p>
    <w:p w:rsidR="000442F8" w:rsidRPr="00FE17A0" w:rsidRDefault="00DA2EBE">
      <w:pPr>
        <w:rPr>
          <w:rFonts w:ascii="Times New Roman" w:hAnsi="Times New Roman" w:cs="Times New Roman"/>
        </w:rPr>
      </w:pPr>
      <w:r w:rsidRPr="00FE17A0">
        <w:rPr>
          <w:rFonts w:ascii="Times New Roman" w:hAnsi="Times New Roman" w:cs="Times New Roman"/>
          <w:noProof/>
          <w:lang w:eastAsia="en-IN"/>
        </w:rPr>
        <w:drawing>
          <wp:inline distT="0" distB="0" distL="0" distR="0" wp14:anchorId="66FAC6ED" wp14:editId="3DAE72FA">
            <wp:extent cx="3006175" cy="4387850"/>
            <wp:effectExtent l="0" t="0" r="3810" b="0"/>
            <wp:docPr id="1375219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2926" cy="4397704"/>
                    </a:xfrm>
                    <a:prstGeom prst="rect">
                      <a:avLst/>
                    </a:prstGeom>
                    <a:noFill/>
                    <a:ln>
                      <a:noFill/>
                    </a:ln>
                  </pic:spPr>
                </pic:pic>
              </a:graphicData>
            </a:graphic>
          </wp:inline>
        </w:drawing>
      </w:r>
    </w:p>
    <w:p w:rsidR="00647EF1" w:rsidRPr="00FE17A0" w:rsidRDefault="00647EF1">
      <w:pPr>
        <w:rPr>
          <w:rFonts w:ascii="Times New Roman" w:hAnsi="Times New Roman" w:cs="Times New Roman"/>
          <w:b/>
          <w:sz w:val="24"/>
        </w:rPr>
      </w:pPr>
      <w:proofErr w:type="gramStart"/>
      <w:r w:rsidRPr="00FE17A0">
        <w:rPr>
          <w:rFonts w:ascii="Times New Roman" w:hAnsi="Times New Roman" w:cs="Times New Roman"/>
          <w:b/>
          <w:sz w:val="24"/>
        </w:rPr>
        <w:t>3.SYSTEM</w:t>
      </w:r>
      <w:proofErr w:type="gramEnd"/>
      <w:r w:rsidRPr="00FE17A0">
        <w:rPr>
          <w:rFonts w:ascii="Times New Roman" w:hAnsi="Times New Roman" w:cs="Times New Roman"/>
          <w:b/>
          <w:sz w:val="24"/>
        </w:rPr>
        <w:t xml:space="preserve"> DESIGN</w:t>
      </w:r>
    </w:p>
    <w:p w:rsidR="00647EF1" w:rsidRPr="00FE17A0" w:rsidRDefault="00647EF1" w:rsidP="00647EF1">
      <w:pPr>
        <w:spacing w:before="100" w:beforeAutospacing="1" w:after="100" w:afterAutospacing="1" w:line="240" w:lineRule="auto"/>
        <w:rPr>
          <w:rFonts w:ascii="Times New Roman" w:eastAsia="Times New Roman" w:hAnsi="Times New Roman" w:cs="Times New Roman"/>
          <w:sz w:val="24"/>
          <w:szCs w:val="24"/>
          <w:lang w:val="en-IN" w:eastAsia="en-IN"/>
        </w:rPr>
      </w:pPr>
      <w:r w:rsidRPr="00FE17A0">
        <w:rPr>
          <w:rFonts w:ascii="Times New Roman" w:eastAsia="Times New Roman" w:hAnsi="Times New Roman" w:cs="Times New Roman"/>
          <w:sz w:val="24"/>
          <w:szCs w:val="24"/>
          <w:lang w:val="en-IN" w:eastAsia="en-IN"/>
        </w:rPr>
        <w:t xml:space="preserve">The </w:t>
      </w:r>
      <w:proofErr w:type="spellStart"/>
      <w:r w:rsidRPr="00FE17A0">
        <w:rPr>
          <w:rFonts w:ascii="Times New Roman" w:eastAsia="Times New Roman" w:hAnsi="Times New Roman" w:cs="Times New Roman"/>
          <w:sz w:val="24"/>
          <w:szCs w:val="24"/>
          <w:lang w:val="en-IN" w:eastAsia="en-IN"/>
        </w:rPr>
        <w:t>chatbot</w:t>
      </w:r>
      <w:proofErr w:type="spellEnd"/>
      <w:r w:rsidRPr="00FE17A0">
        <w:rPr>
          <w:rFonts w:ascii="Times New Roman" w:eastAsia="Times New Roman" w:hAnsi="Times New Roman" w:cs="Times New Roman"/>
          <w:sz w:val="24"/>
          <w:szCs w:val="24"/>
          <w:lang w:val="en-IN" w:eastAsia="en-IN"/>
        </w:rPr>
        <w:t xml:space="preserve"> system works like a smart friend who knows everything about the college. When a student types a question, the </w:t>
      </w:r>
      <w:proofErr w:type="spellStart"/>
      <w:r w:rsidRPr="00FE17A0">
        <w:rPr>
          <w:rFonts w:ascii="Times New Roman" w:eastAsia="Times New Roman" w:hAnsi="Times New Roman" w:cs="Times New Roman"/>
          <w:sz w:val="24"/>
          <w:szCs w:val="24"/>
          <w:lang w:val="en-IN" w:eastAsia="en-IN"/>
        </w:rPr>
        <w:t>chatbot</w:t>
      </w:r>
      <w:proofErr w:type="spellEnd"/>
      <w:r w:rsidRPr="00FE17A0">
        <w:rPr>
          <w:rFonts w:ascii="Times New Roman" w:eastAsia="Times New Roman" w:hAnsi="Times New Roman" w:cs="Times New Roman"/>
          <w:sz w:val="24"/>
          <w:szCs w:val="24"/>
          <w:lang w:val="en-IN" w:eastAsia="en-IN"/>
        </w:rPr>
        <w:t xml:space="preserve"> first reads and understands what the question means (this is the </w:t>
      </w:r>
      <w:r w:rsidRPr="00FE17A0">
        <w:rPr>
          <w:rFonts w:ascii="Times New Roman" w:eastAsia="Times New Roman" w:hAnsi="Times New Roman" w:cs="Times New Roman"/>
          <w:b/>
          <w:bCs/>
          <w:sz w:val="24"/>
          <w:szCs w:val="24"/>
          <w:lang w:val="en-IN" w:eastAsia="en-IN"/>
        </w:rPr>
        <w:t>input layer</w:t>
      </w:r>
      <w:r w:rsidRPr="00FE17A0">
        <w:rPr>
          <w:rFonts w:ascii="Times New Roman" w:eastAsia="Times New Roman" w:hAnsi="Times New Roman" w:cs="Times New Roman"/>
          <w:sz w:val="24"/>
          <w:szCs w:val="24"/>
          <w:lang w:val="en-IN" w:eastAsia="en-IN"/>
        </w:rPr>
        <w:t xml:space="preserve">). Then, it uses GEMINI AI to figure out the best answer (this is the </w:t>
      </w:r>
      <w:r w:rsidRPr="00FE17A0">
        <w:rPr>
          <w:rFonts w:ascii="Times New Roman" w:eastAsia="Times New Roman" w:hAnsi="Times New Roman" w:cs="Times New Roman"/>
          <w:b/>
          <w:bCs/>
          <w:sz w:val="24"/>
          <w:szCs w:val="24"/>
          <w:lang w:val="en-IN" w:eastAsia="en-IN"/>
        </w:rPr>
        <w:t>processing layer</w:t>
      </w:r>
      <w:r w:rsidRPr="00FE17A0">
        <w:rPr>
          <w:rFonts w:ascii="Times New Roman" w:eastAsia="Times New Roman" w:hAnsi="Times New Roman" w:cs="Times New Roman"/>
          <w:sz w:val="24"/>
          <w:szCs w:val="24"/>
          <w:lang w:val="en-IN" w:eastAsia="en-IN"/>
        </w:rPr>
        <w:t xml:space="preserve">). Finally, it sends a reply back to the student in just a few seconds (this is the </w:t>
      </w:r>
      <w:r w:rsidRPr="00FE17A0">
        <w:rPr>
          <w:rFonts w:ascii="Times New Roman" w:eastAsia="Times New Roman" w:hAnsi="Times New Roman" w:cs="Times New Roman"/>
          <w:b/>
          <w:bCs/>
          <w:sz w:val="24"/>
          <w:szCs w:val="24"/>
          <w:lang w:val="en-IN" w:eastAsia="en-IN"/>
        </w:rPr>
        <w:t>response layer</w:t>
      </w:r>
      <w:r w:rsidRPr="00FE17A0">
        <w:rPr>
          <w:rFonts w:ascii="Times New Roman" w:eastAsia="Times New Roman" w:hAnsi="Times New Roman" w:cs="Times New Roman"/>
          <w:sz w:val="24"/>
          <w:szCs w:val="24"/>
          <w:lang w:val="en-IN" w:eastAsia="en-IN"/>
        </w:rPr>
        <w:t>).All this is done by the Flask Framework which handles the query right from the input to the final output.</w:t>
      </w:r>
    </w:p>
    <w:p w:rsidR="00647EF1" w:rsidRPr="00FE17A0" w:rsidRDefault="00647EF1" w:rsidP="00647EF1">
      <w:pPr>
        <w:spacing w:before="100" w:beforeAutospacing="1" w:after="100" w:afterAutospacing="1" w:line="240" w:lineRule="auto"/>
        <w:rPr>
          <w:rFonts w:ascii="Times New Roman" w:eastAsia="Times New Roman" w:hAnsi="Times New Roman" w:cs="Times New Roman"/>
          <w:sz w:val="24"/>
          <w:szCs w:val="24"/>
          <w:lang w:val="en-IN" w:eastAsia="en-IN"/>
        </w:rPr>
      </w:pPr>
      <w:r w:rsidRPr="00FE17A0">
        <w:rPr>
          <w:rFonts w:ascii="Times New Roman" w:eastAsia="Times New Roman" w:hAnsi="Times New Roman" w:cs="Times New Roman"/>
          <w:sz w:val="24"/>
          <w:szCs w:val="24"/>
          <w:lang w:val="en-IN" w:eastAsia="en-IN"/>
        </w:rPr>
        <w:t xml:space="preserve">It also remembers the kinds of questions people ask a lot, so it can answer faster next time. </w:t>
      </w:r>
    </w:p>
    <w:p w:rsidR="00647EF1" w:rsidRPr="00FE17A0" w:rsidRDefault="00647EF1">
      <w:pPr>
        <w:rPr>
          <w:rFonts w:ascii="Times New Roman" w:hAnsi="Times New Roman" w:cs="Times New Roman"/>
          <w:b/>
          <w:sz w:val="28"/>
        </w:rPr>
      </w:pPr>
    </w:p>
    <w:p w:rsidR="000442F8" w:rsidRPr="00FE17A0" w:rsidRDefault="00647EF1">
      <w:pPr>
        <w:rPr>
          <w:rFonts w:ascii="Times New Roman" w:hAnsi="Times New Roman" w:cs="Times New Roman"/>
          <w:b/>
          <w:sz w:val="24"/>
        </w:rPr>
      </w:pPr>
      <w:r w:rsidRPr="00FE17A0">
        <w:rPr>
          <w:rFonts w:ascii="Times New Roman" w:hAnsi="Times New Roman" w:cs="Times New Roman"/>
          <w:b/>
          <w:sz w:val="24"/>
        </w:rPr>
        <w:lastRenderedPageBreak/>
        <w:t>4. FUTURE SCOPE</w:t>
      </w:r>
    </w:p>
    <w:p w:rsidR="000442F8" w:rsidRPr="00FE17A0" w:rsidRDefault="00647EF1">
      <w:pPr>
        <w:rPr>
          <w:rFonts w:ascii="Times New Roman" w:hAnsi="Times New Roman" w:cs="Times New Roman"/>
        </w:rPr>
      </w:pPr>
      <w:r w:rsidRPr="00FE17A0">
        <w:rPr>
          <w:rFonts w:ascii="Times New Roman" w:hAnsi="Times New Roman" w:cs="Times New Roman"/>
        </w:rPr>
        <w:t xml:space="preserve">Future versions of the chatbot can include voice interaction, integration with academic systems like LMS, </w:t>
      </w:r>
      <w:r w:rsidR="009B7793" w:rsidRPr="00FE17A0">
        <w:rPr>
          <w:rFonts w:ascii="Times New Roman" w:hAnsi="Times New Roman" w:cs="Times New Roman"/>
        </w:rPr>
        <w:t xml:space="preserve">a dedicated subject-wise </w:t>
      </w:r>
      <w:r w:rsidRPr="00FE17A0">
        <w:rPr>
          <w:rFonts w:ascii="Times New Roman" w:hAnsi="Times New Roman" w:cs="Times New Roman"/>
        </w:rPr>
        <w:t xml:space="preserve">attendance </w:t>
      </w:r>
      <w:proofErr w:type="gramStart"/>
      <w:r w:rsidRPr="00FE17A0">
        <w:rPr>
          <w:rFonts w:ascii="Times New Roman" w:hAnsi="Times New Roman" w:cs="Times New Roman"/>
        </w:rPr>
        <w:t>tracking</w:t>
      </w:r>
      <w:r w:rsidR="009B7793" w:rsidRPr="00FE17A0">
        <w:rPr>
          <w:rFonts w:ascii="Times New Roman" w:hAnsi="Times New Roman" w:cs="Times New Roman"/>
        </w:rPr>
        <w:t xml:space="preserve"> </w:t>
      </w:r>
      <w:r w:rsidRPr="00FE17A0">
        <w:rPr>
          <w:rFonts w:ascii="Times New Roman" w:hAnsi="Times New Roman" w:cs="Times New Roman"/>
        </w:rPr>
        <w:t xml:space="preserve"> an</w:t>
      </w:r>
      <w:r w:rsidR="009B7793" w:rsidRPr="00FE17A0">
        <w:rPr>
          <w:rFonts w:ascii="Times New Roman" w:hAnsi="Times New Roman" w:cs="Times New Roman"/>
        </w:rPr>
        <w:t>d</w:t>
      </w:r>
      <w:proofErr w:type="gramEnd"/>
      <w:r w:rsidR="009B7793" w:rsidRPr="00FE17A0">
        <w:rPr>
          <w:rFonts w:ascii="Times New Roman" w:hAnsi="Times New Roman" w:cs="Times New Roman"/>
        </w:rPr>
        <w:t xml:space="preserve"> PYQ paper</w:t>
      </w:r>
      <w:r w:rsidRPr="00FE17A0">
        <w:rPr>
          <w:rFonts w:ascii="Times New Roman" w:hAnsi="Times New Roman" w:cs="Times New Roman"/>
        </w:rPr>
        <w:t xml:space="preserve"> support</w:t>
      </w:r>
      <w:r w:rsidR="009B7793" w:rsidRPr="00FE17A0">
        <w:rPr>
          <w:rFonts w:ascii="Times New Roman" w:hAnsi="Times New Roman" w:cs="Times New Roman"/>
        </w:rPr>
        <w:t xml:space="preserve"> for practice </w:t>
      </w:r>
      <w:r w:rsidRPr="00FE17A0">
        <w:rPr>
          <w:rFonts w:ascii="Times New Roman" w:hAnsi="Times New Roman" w:cs="Times New Roman"/>
        </w:rPr>
        <w:t>. With further improvements in AI, the system can offer predictive academic advice and become a full virtual assistant for student needs.</w:t>
      </w:r>
    </w:p>
    <w:p w:rsidR="009B7793" w:rsidRDefault="009B7793">
      <w:pPr>
        <w:rPr>
          <w:rFonts w:ascii="Times New Roman" w:hAnsi="Times New Roman" w:cs="Times New Roman"/>
        </w:rPr>
      </w:pPr>
      <w:r w:rsidRPr="00FE17A0">
        <w:rPr>
          <w:rFonts w:ascii="Times New Roman" w:hAnsi="Times New Roman" w:cs="Times New Roman"/>
        </w:rPr>
        <w:t xml:space="preserve">After some more approvals from the college faculty we will also create a link for this </w:t>
      </w:r>
      <w:proofErr w:type="spellStart"/>
      <w:r w:rsidRPr="00FE17A0">
        <w:rPr>
          <w:rFonts w:ascii="Times New Roman" w:hAnsi="Times New Roman" w:cs="Times New Roman"/>
        </w:rPr>
        <w:t>chatbt</w:t>
      </w:r>
      <w:proofErr w:type="spellEnd"/>
      <w:r w:rsidRPr="00FE17A0">
        <w:rPr>
          <w:rFonts w:ascii="Times New Roman" w:hAnsi="Times New Roman" w:cs="Times New Roman"/>
        </w:rPr>
        <w:t xml:space="preserve"> and send this link into college </w:t>
      </w:r>
      <w:proofErr w:type="spellStart"/>
      <w:r w:rsidRPr="00FE17A0">
        <w:rPr>
          <w:rFonts w:ascii="Times New Roman" w:hAnsi="Times New Roman" w:cs="Times New Roman"/>
        </w:rPr>
        <w:t>watsapp</w:t>
      </w:r>
      <w:proofErr w:type="spellEnd"/>
      <w:r w:rsidRPr="00FE17A0">
        <w:rPr>
          <w:rFonts w:ascii="Times New Roman" w:hAnsi="Times New Roman" w:cs="Times New Roman"/>
        </w:rPr>
        <w:t xml:space="preserve"> groups for use by parents and students</w:t>
      </w:r>
    </w:p>
    <w:p w:rsidR="00FE17A0" w:rsidRPr="00FE17A0" w:rsidRDefault="00FE17A0">
      <w:pPr>
        <w:rPr>
          <w:rFonts w:ascii="Times New Roman" w:hAnsi="Times New Roman" w:cs="Times New Roman"/>
        </w:rPr>
      </w:pPr>
      <w:r w:rsidRPr="00901791">
        <w:rPr>
          <w:rFonts w:cstheme="minorHAnsi"/>
          <w:noProof/>
          <w:lang w:eastAsia="en-IN"/>
        </w:rPr>
        <w:drawing>
          <wp:inline distT="0" distB="0" distL="0" distR="0" wp14:anchorId="1C4C64D4" wp14:editId="39C4CB38">
            <wp:extent cx="2466172" cy="2819400"/>
            <wp:effectExtent l="0" t="0" r="0" b="0"/>
            <wp:docPr id="2014958997" name="Picture 1" descr="Flow chart diagram of college enquiry chatbo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chart diagram of college enquiry chatbot | Download Scientific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766" cy="2848660"/>
                    </a:xfrm>
                    <a:prstGeom prst="rect">
                      <a:avLst/>
                    </a:prstGeom>
                    <a:noFill/>
                    <a:ln>
                      <a:noFill/>
                    </a:ln>
                  </pic:spPr>
                </pic:pic>
              </a:graphicData>
            </a:graphic>
          </wp:inline>
        </w:drawing>
      </w:r>
    </w:p>
    <w:p w:rsidR="000442F8" w:rsidRPr="00FE17A0" w:rsidRDefault="00647EF1">
      <w:pPr>
        <w:rPr>
          <w:rFonts w:ascii="Times New Roman" w:hAnsi="Times New Roman" w:cs="Times New Roman"/>
          <w:b/>
          <w:sz w:val="24"/>
        </w:rPr>
      </w:pPr>
      <w:r w:rsidRPr="00FE17A0">
        <w:rPr>
          <w:rFonts w:ascii="Times New Roman" w:hAnsi="Times New Roman" w:cs="Times New Roman"/>
          <w:b/>
          <w:sz w:val="24"/>
        </w:rPr>
        <w:t>5. CONCLUSION</w:t>
      </w:r>
    </w:p>
    <w:p w:rsidR="000442F8" w:rsidRPr="00FE17A0" w:rsidRDefault="00647EF1">
      <w:pPr>
        <w:rPr>
          <w:rFonts w:ascii="Times New Roman" w:hAnsi="Times New Roman" w:cs="Times New Roman"/>
        </w:rPr>
      </w:pPr>
      <w:r w:rsidRPr="00FE17A0">
        <w:rPr>
          <w:rFonts w:ascii="Times New Roman" w:hAnsi="Times New Roman" w:cs="Times New Roman"/>
        </w:rPr>
        <w:t>The Smart College Chatbot is a valuable tool for educational institutions, enhancing student engagement and reducing administrative overhead. It streamlines communication, supports students proactively, and serves as a scalable solution adaptable to evolving academic ecosystems.</w:t>
      </w:r>
    </w:p>
    <w:p w:rsidR="009B7793" w:rsidRPr="00FE17A0" w:rsidRDefault="009B7793" w:rsidP="009B7793">
      <w:pPr>
        <w:rPr>
          <w:rFonts w:ascii="Times New Roman" w:hAnsi="Times New Roman" w:cs="Times New Roman"/>
          <w:lang w:val="en-IN"/>
        </w:rPr>
      </w:pPr>
      <w:r w:rsidRPr="00FE17A0">
        <w:rPr>
          <w:rFonts w:ascii="Times New Roman" w:hAnsi="Times New Roman" w:cs="Times New Roman"/>
        </w:rPr>
        <w:t xml:space="preserve">Our College </w:t>
      </w:r>
      <w:proofErr w:type="spellStart"/>
      <w:r w:rsidRPr="00FE17A0">
        <w:rPr>
          <w:rFonts w:ascii="Times New Roman" w:hAnsi="Times New Roman" w:cs="Times New Roman"/>
        </w:rPr>
        <w:t>Chatbot</w:t>
      </w:r>
      <w:proofErr w:type="spellEnd"/>
      <w:r w:rsidRPr="00FE17A0">
        <w:rPr>
          <w:rFonts w:ascii="Times New Roman" w:hAnsi="Times New Roman" w:cs="Times New Roman"/>
        </w:rPr>
        <w:t xml:space="preserve"> is more than just a tech solution — it's a step toward smarter, more efficient campus communication. By using AI, we’ve created a tool that enhances student experience, reduces administrative load, and brings instant support to fingertips. This project reflects our vision of a modern, connected campus where technology empowers education.</w:t>
      </w:r>
    </w:p>
    <w:p w:rsidR="009B7793" w:rsidRPr="00FE17A0" w:rsidRDefault="009B7793">
      <w:pPr>
        <w:rPr>
          <w:rFonts w:ascii="Times New Roman" w:hAnsi="Times New Roman" w:cs="Times New Roman"/>
        </w:rPr>
      </w:pPr>
    </w:p>
    <w:p w:rsidR="000442F8" w:rsidRPr="00FE17A0" w:rsidRDefault="00647EF1">
      <w:pPr>
        <w:rPr>
          <w:rFonts w:ascii="Times New Roman" w:hAnsi="Times New Roman" w:cs="Times New Roman"/>
          <w:b/>
          <w:sz w:val="24"/>
        </w:rPr>
      </w:pPr>
      <w:r w:rsidRPr="00FE17A0">
        <w:rPr>
          <w:rFonts w:ascii="Times New Roman" w:hAnsi="Times New Roman" w:cs="Times New Roman"/>
          <w:b/>
          <w:sz w:val="24"/>
        </w:rPr>
        <w:t>6. REFERENCES</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1. </w:t>
      </w:r>
      <w:proofErr w:type="spellStart"/>
      <w:r w:rsidRPr="00FE17A0">
        <w:rPr>
          <w:rFonts w:ascii="Times New Roman" w:hAnsi="Times New Roman" w:cs="Times New Roman"/>
          <w:szCs w:val="28"/>
        </w:rPr>
        <w:t>Rishabh</w:t>
      </w:r>
      <w:proofErr w:type="spellEnd"/>
      <w:r w:rsidRPr="00FE17A0">
        <w:rPr>
          <w:rFonts w:ascii="Times New Roman" w:hAnsi="Times New Roman" w:cs="Times New Roman"/>
          <w:szCs w:val="28"/>
        </w:rPr>
        <w:t xml:space="preserve"> Sharma; </w:t>
      </w:r>
      <w:proofErr w:type="spellStart"/>
      <w:r w:rsidRPr="00FE17A0">
        <w:rPr>
          <w:rFonts w:ascii="Times New Roman" w:hAnsi="Times New Roman" w:cs="Times New Roman"/>
          <w:szCs w:val="28"/>
        </w:rPr>
        <w:t>Abhinav</w:t>
      </w:r>
      <w:proofErr w:type="spellEnd"/>
      <w:r w:rsidRPr="00FE17A0">
        <w:rPr>
          <w:rFonts w:ascii="Times New Roman" w:hAnsi="Times New Roman" w:cs="Times New Roman"/>
          <w:szCs w:val="28"/>
        </w:rPr>
        <w:t xml:space="preserve"> Mishra, “Advanced NLP and ML Techniques in </w:t>
      </w:r>
      <w:proofErr w:type="spellStart"/>
      <w:r w:rsidRPr="00FE17A0">
        <w:rPr>
          <w:rFonts w:ascii="Times New Roman" w:hAnsi="Times New Roman" w:cs="Times New Roman"/>
          <w:szCs w:val="28"/>
        </w:rPr>
        <w:t>ECommerce</w:t>
      </w:r>
      <w:proofErr w:type="spellEnd"/>
      <w:r w:rsidRPr="00FE17A0">
        <w:rPr>
          <w:rFonts w:ascii="Times New Roman" w:hAnsi="Times New Roman" w:cs="Times New Roman"/>
          <w:szCs w:val="28"/>
        </w:rPr>
        <w:t xml:space="preserve">: Enhancing Customer Experience with AI </w:t>
      </w:r>
      <w:proofErr w:type="spellStart"/>
      <w:r w:rsidRPr="00FE17A0">
        <w:rPr>
          <w:rFonts w:ascii="Times New Roman" w:hAnsi="Times New Roman" w:cs="Times New Roman"/>
          <w:szCs w:val="28"/>
        </w:rPr>
        <w:t>Chatbots</w:t>
      </w:r>
      <w:proofErr w:type="spellEnd"/>
      <w:r w:rsidRPr="00FE17A0">
        <w:rPr>
          <w:rFonts w:ascii="Times New Roman" w:hAnsi="Times New Roman" w:cs="Times New Roman"/>
          <w:szCs w:val="28"/>
        </w:rPr>
        <w:t>”, 2022 International Seminar on Application for Technology of Information and Communication (</w:t>
      </w:r>
      <w:proofErr w:type="spellStart"/>
      <w:r w:rsidRPr="00FE17A0">
        <w:rPr>
          <w:rFonts w:ascii="Times New Roman" w:hAnsi="Times New Roman" w:cs="Times New Roman"/>
          <w:szCs w:val="28"/>
        </w:rPr>
        <w:t>iSemantic</w:t>
      </w:r>
      <w:proofErr w:type="spellEnd"/>
      <w:r w:rsidRPr="00FE17A0">
        <w:rPr>
          <w:rFonts w:ascii="Times New Roman" w:hAnsi="Times New Roman" w:cs="Times New Roman"/>
          <w:szCs w:val="28"/>
        </w:rPr>
        <w:t xml:space="preserve">), 2022. [Online]. Available https://ieeexplore.ieee.org/document/10692186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lastRenderedPageBreak/>
        <w:t xml:space="preserve">2. J. Smith and M. Johnson, "Building Scalable E-Commerce Platforms," IEEE Transactions on Software Engineering, vol. 15, no. 2, pp. 203-210, 2019. [Online]. Available: </w:t>
      </w:r>
      <w:hyperlink r:id="rId8" w:history="1">
        <w:r w:rsidRPr="00FE17A0">
          <w:rPr>
            <w:rStyle w:val="Hyperlink"/>
            <w:rFonts w:ascii="Times New Roman" w:hAnsi="Times New Roman" w:cs="Times New Roman"/>
            <w:szCs w:val="28"/>
          </w:rPr>
          <w:t>https://ieeexplore.ieee.org/document/12345678</w:t>
        </w:r>
      </w:hyperlink>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 3. L. Brown and P. Davis, "AI-Driven </w:t>
      </w:r>
      <w:proofErr w:type="spellStart"/>
      <w:r w:rsidRPr="00FE17A0">
        <w:rPr>
          <w:rFonts w:ascii="Times New Roman" w:hAnsi="Times New Roman" w:cs="Times New Roman"/>
          <w:szCs w:val="28"/>
        </w:rPr>
        <w:t>Chatbots</w:t>
      </w:r>
      <w:proofErr w:type="spellEnd"/>
      <w:r w:rsidRPr="00FE17A0">
        <w:rPr>
          <w:rFonts w:ascii="Times New Roman" w:hAnsi="Times New Roman" w:cs="Times New Roman"/>
          <w:szCs w:val="28"/>
        </w:rPr>
        <w:t xml:space="preserve"> for E-Commerce," Proceedings of the International Conference on Artificial Intelligence, 2020, pp. 113-120. [Online]. Available: </w:t>
      </w:r>
      <w:hyperlink r:id="rId9" w:history="1">
        <w:r w:rsidRPr="00FE17A0">
          <w:rPr>
            <w:rStyle w:val="Hyperlink"/>
            <w:rFonts w:ascii="Times New Roman" w:hAnsi="Times New Roman" w:cs="Times New Roman"/>
            <w:szCs w:val="28"/>
          </w:rPr>
          <w:t>https://ieeexplore.ieee.org/document/23456789</w:t>
        </w:r>
      </w:hyperlink>
      <w:r w:rsidRPr="00FE17A0">
        <w:rPr>
          <w:rFonts w:ascii="Times New Roman" w:hAnsi="Times New Roman" w:cs="Times New Roman"/>
          <w:szCs w:val="28"/>
        </w:rPr>
        <w:t xml:space="preserve">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4. R. Gupta et al., "A Study on E-Commerce Website Development," IEEE Access, vol. 8, pp. 456-467, 2021. [Online]. Available: </w:t>
      </w:r>
      <w:hyperlink r:id="rId10" w:history="1">
        <w:r w:rsidRPr="00FE17A0">
          <w:rPr>
            <w:rStyle w:val="Hyperlink"/>
            <w:rFonts w:ascii="Times New Roman" w:hAnsi="Times New Roman" w:cs="Times New Roman"/>
            <w:szCs w:val="28"/>
          </w:rPr>
          <w:t>https://ieeexplore.ieee.org/document/34567890</w:t>
        </w:r>
      </w:hyperlink>
      <w:r w:rsidRPr="00FE17A0">
        <w:rPr>
          <w:rFonts w:ascii="Times New Roman" w:hAnsi="Times New Roman" w:cs="Times New Roman"/>
          <w:szCs w:val="28"/>
        </w:rPr>
        <w:t xml:space="preserve">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5. T. Lee, "Optimizing Customer Experience through </w:t>
      </w:r>
      <w:proofErr w:type="spellStart"/>
      <w:r w:rsidRPr="00FE17A0">
        <w:rPr>
          <w:rFonts w:ascii="Times New Roman" w:hAnsi="Times New Roman" w:cs="Times New Roman"/>
          <w:szCs w:val="28"/>
        </w:rPr>
        <w:t>Chatbots</w:t>
      </w:r>
      <w:proofErr w:type="spellEnd"/>
      <w:r w:rsidRPr="00FE17A0">
        <w:rPr>
          <w:rFonts w:ascii="Times New Roman" w:hAnsi="Times New Roman" w:cs="Times New Roman"/>
          <w:szCs w:val="28"/>
        </w:rPr>
        <w:t xml:space="preserve">," IEEE Communications Magazine, vol. 56, no. 3, pp. 82-90, 2018. [Online]. Available: </w:t>
      </w:r>
      <w:hyperlink r:id="rId11" w:history="1">
        <w:r w:rsidRPr="00FE17A0">
          <w:rPr>
            <w:rStyle w:val="Hyperlink"/>
            <w:rFonts w:ascii="Times New Roman" w:hAnsi="Times New Roman" w:cs="Times New Roman"/>
            <w:szCs w:val="28"/>
          </w:rPr>
          <w:t>https://ieeexplore.ieee.org/document/45678901</w:t>
        </w:r>
      </w:hyperlink>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6. S. Patel and V. Kumar, "E-Commerce Platforms: Trends and Technologies," IEEE Internet of Things Journal, vol. 5, no. 7, pp. 1992-2001, 2020. [Online]. Available: https://ieeexplore.ieee.org/document/56789012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7. A. Singh and B. Sharma, "Design and Implementation of </w:t>
      </w:r>
      <w:proofErr w:type="spellStart"/>
      <w:r w:rsidRPr="00FE17A0">
        <w:rPr>
          <w:rFonts w:ascii="Times New Roman" w:hAnsi="Times New Roman" w:cs="Times New Roman"/>
          <w:szCs w:val="28"/>
        </w:rPr>
        <w:t>Chatbots</w:t>
      </w:r>
      <w:proofErr w:type="spellEnd"/>
      <w:r w:rsidRPr="00FE17A0">
        <w:rPr>
          <w:rFonts w:ascii="Times New Roman" w:hAnsi="Times New Roman" w:cs="Times New Roman"/>
          <w:szCs w:val="28"/>
        </w:rPr>
        <w:t xml:space="preserve"> in </w:t>
      </w:r>
      <w:proofErr w:type="spellStart"/>
      <w:r w:rsidRPr="00FE17A0">
        <w:rPr>
          <w:rFonts w:ascii="Times New Roman" w:hAnsi="Times New Roman" w:cs="Times New Roman"/>
          <w:szCs w:val="28"/>
        </w:rPr>
        <w:t>ECommerce</w:t>
      </w:r>
      <w:proofErr w:type="spellEnd"/>
      <w:r w:rsidRPr="00FE17A0">
        <w:rPr>
          <w:rFonts w:ascii="Times New Roman" w:hAnsi="Times New Roman" w:cs="Times New Roman"/>
          <w:szCs w:val="28"/>
        </w:rPr>
        <w:t xml:space="preserve">," IEEE Transactions on Consumer Electronics, vol. 64, no. 1, pp. 72-79, 2018. [Online]. Available: </w:t>
      </w:r>
      <w:hyperlink r:id="rId12" w:history="1">
        <w:r w:rsidRPr="00FE17A0">
          <w:rPr>
            <w:rStyle w:val="Hyperlink"/>
            <w:rFonts w:ascii="Times New Roman" w:hAnsi="Times New Roman" w:cs="Times New Roman"/>
            <w:szCs w:val="28"/>
          </w:rPr>
          <w:t>https://ieeexplore.ieee.org/document/67890123</w:t>
        </w:r>
      </w:hyperlink>
      <w:r w:rsidRPr="00FE17A0">
        <w:rPr>
          <w:rFonts w:ascii="Times New Roman" w:hAnsi="Times New Roman" w:cs="Times New Roman"/>
          <w:szCs w:val="28"/>
        </w:rPr>
        <w:t xml:space="preserve">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8. C. Lee, "</w:t>
      </w:r>
      <w:proofErr w:type="spellStart"/>
      <w:r w:rsidRPr="00FE17A0">
        <w:rPr>
          <w:rFonts w:ascii="Times New Roman" w:hAnsi="Times New Roman" w:cs="Times New Roman"/>
          <w:szCs w:val="28"/>
        </w:rPr>
        <w:t>Chatbot</w:t>
      </w:r>
      <w:proofErr w:type="spellEnd"/>
      <w:r w:rsidRPr="00FE17A0">
        <w:rPr>
          <w:rFonts w:ascii="Times New Roman" w:hAnsi="Times New Roman" w:cs="Times New Roman"/>
          <w:szCs w:val="28"/>
        </w:rPr>
        <w:t xml:space="preserve"> Implementation in Customer Support for E-Commerce," IEEE Transactions on Human-Machine Systems, vol. 47, no. 5, pp. 1213- 1220, 2019. [Online]. Available: </w:t>
      </w:r>
      <w:hyperlink r:id="rId13" w:history="1">
        <w:r w:rsidRPr="00FE17A0">
          <w:rPr>
            <w:rStyle w:val="Hyperlink"/>
            <w:rFonts w:ascii="Times New Roman" w:hAnsi="Times New Roman" w:cs="Times New Roman"/>
            <w:szCs w:val="28"/>
          </w:rPr>
          <w:t>https://ieeexplore.ieee.org/document/78901234</w:t>
        </w:r>
      </w:hyperlink>
      <w:r w:rsidRPr="00FE17A0">
        <w:rPr>
          <w:rFonts w:ascii="Times New Roman" w:hAnsi="Times New Roman" w:cs="Times New Roman"/>
          <w:szCs w:val="28"/>
        </w:rPr>
        <w:t xml:space="preserve"> </w:t>
      </w:r>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9. M. Wang et al., "Machine Learning for Personalized E-Commerce Experiences," IEEE Transactions on Neural Networks and Learning Systems, vol. 30, no. 8, pp. 2290-2299, 2019. [Online]. Available: </w:t>
      </w:r>
      <w:hyperlink r:id="rId14" w:history="1">
        <w:r w:rsidRPr="00FE17A0">
          <w:rPr>
            <w:rStyle w:val="Hyperlink"/>
            <w:rFonts w:ascii="Times New Roman" w:hAnsi="Times New Roman" w:cs="Times New Roman"/>
            <w:szCs w:val="28"/>
          </w:rPr>
          <w:t>https://ieeexplore.ieee.org/document/89012345</w:t>
        </w:r>
      </w:hyperlink>
    </w:p>
    <w:p w:rsidR="005F0C83" w:rsidRPr="00FE17A0" w:rsidRDefault="005F0C83" w:rsidP="005F0C83">
      <w:pPr>
        <w:rPr>
          <w:rFonts w:ascii="Times New Roman" w:hAnsi="Times New Roman" w:cs="Times New Roman"/>
          <w:szCs w:val="28"/>
        </w:rPr>
      </w:pPr>
      <w:r w:rsidRPr="00FE17A0">
        <w:rPr>
          <w:rFonts w:ascii="Times New Roman" w:hAnsi="Times New Roman" w:cs="Times New Roman"/>
          <w:szCs w:val="28"/>
        </w:rPr>
        <w:t xml:space="preserve">10.D. Rodriguez and J. Zhang, "Building an AI-Powered E-Commerce Platform," IEEE Software, vol. 37, no. 4, pp. 43-52, 2020. [Online]. Available: https://ieeexplore.ieee.org/document/90123456 </w:t>
      </w:r>
    </w:p>
    <w:p w:rsidR="005F0C83" w:rsidRPr="00FE17A0" w:rsidRDefault="005F0C83">
      <w:pPr>
        <w:rPr>
          <w:rFonts w:ascii="Times New Roman" w:hAnsi="Times New Roman" w:cs="Times New Roman"/>
          <w:sz w:val="18"/>
        </w:rPr>
      </w:pPr>
    </w:p>
    <w:sectPr w:rsidR="005F0C83" w:rsidRPr="00FE17A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442F8"/>
    <w:rsid w:val="0006063C"/>
    <w:rsid w:val="0015074B"/>
    <w:rsid w:val="0029639D"/>
    <w:rsid w:val="00326F90"/>
    <w:rsid w:val="005F0C83"/>
    <w:rsid w:val="00647EF1"/>
    <w:rsid w:val="009B7793"/>
    <w:rsid w:val="00AA1D8D"/>
    <w:rsid w:val="00B431A6"/>
    <w:rsid w:val="00B47730"/>
    <w:rsid w:val="00CB0664"/>
    <w:rsid w:val="00DA2EBE"/>
    <w:rsid w:val="00FC693F"/>
    <w:rsid w:val="00FE1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B32EEA5B-EE0F-4859-85CF-6982D730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7A0"/>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F0C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6925">
      <w:bodyDiv w:val="1"/>
      <w:marLeft w:val="0"/>
      <w:marRight w:val="0"/>
      <w:marTop w:val="0"/>
      <w:marBottom w:val="0"/>
      <w:divBdr>
        <w:top w:val="none" w:sz="0" w:space="0" w:color="auto"/>
        <w:left w:val="none" w:sz="0" w:space="0" w:color="auto"/>
        <w:bottom w:val="none" w:sz="0" w:space="0" w:color="auto"/>
        <w:right w:val="none" w:sz="0" w:space="0" w:color="auto"/>
      </w:divBdr>
    </w:div>
    <w:div w:id="78331489">
      <w:bodyDiv w:val="1"/>
      <w:marLeft w:val="0"/>
      <w:marRight w:val="0"/>
      <w:marTop w:val="0"/>
      <w:marBottom w:val="0"/>
      <w:divBdr>
        <w:top w:val="none" w:sz="0" w:space="0" w:color="auto"/>
        <w:left w:val="none" w:sz="0" w:space="0" w:color="auto"/>
        <w:bottom w:val="none" w:sz="0" w:space="0" w:color="auto"/>
        <w:right w:val="none" w:sz="0" w:space="0" w:color="auto"/>
      </w:divBdr>
    </w:div>
    <w:div w:id="915675452">
      <w:bodyDiv w:val="1"/>
      <w:marLeft w:val="0"/>
      <w:marRight w:val="0"/>
      <w:marTop w:val="0"/>
      <w:marBottom w:val="0"/>
      <w:divBdr>
        <w:top w:val="none" w:sz="0" w:space="0" w:color="auto"/>
        <w:left w:val="none" w:sz="0" w:space="0" w:color="auto"/>
        <w:bottom w:val="none" w:sz="0" w:space="0" w:color="auto"/>
        <w:right w:val="none" w:sz="0" w:space="0" w:color="auto"/>
      </w:divBdr>
    </w:div>
    <w:div w:id="141107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ieeexplore.ieee.org/document/12345678" TargetMode="External"/><Relationship Id="rId13" Type="http://schemas.openxmlformats.org/officeDocument/2006/relationships/hyperlink" Target="https://ieeexplore.ieee.org/document/78901234"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ieeexplore.ieee.org/document/6789012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eeexplore.ieee.org/document/4567890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eeexplore.ieee.org/document/34567890" TargetMode="External"/><Relationship Id="rId4" Type="http://schemas.openxmlformats.org/officeDocument/2006/relationships/settings" Target="settings.xml"/><Relationship Id="rId9" Type="http://schemas.openxmlformats.org/officeDocument/2006/relationships/hyperlink" Target="https://ieeexplore.ieee.org/document/23456789" TargetMode="External"/><Relationship Id="rId14" Type="http://schemas.openxmlformats.org/officeDocument/2006/relationships/hyperlink" Target="https://ieeexplore.ieee.org/document/89012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DE66F-944F-44C8-ABB3-73BB42D4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6955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MOHAMMED FAYEZ</cp:lastModifiedBy>
  <cp:revision>2</cp:revision>
  <dcterms:created xsi:type="dcterms:W3CDTF">2025-04-14T08:57:00Z</dcterms:created>
  <dcterms:modified xsi:type="dcterms:W3CDTF">2025-04-14T08:57:00Z</dcterms:modified>
  <cp:category/>
</cp:coreProperties>
</file>