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8323D" w14:textId="77777777" w:rsidR="008B39B9" w:rsidRPr="00CE577F" w:rsidRDefault="008B39B9">
      <w:pPr>
        <w:pStyle w:val="Heading1"/>
        <w:rPr>
          <w:rFonts w:ascii="Times New Roman" w:hAnsi="Times New Roman" w:cs="Times New Roman"/>
          <w:color w:val="auto"/>
        </w:rPr>
      </w:pPr>
    </w:p>
    <w:p w14:paraId="3D6CBF45" w14:textId="72DDE35C" w:rsidR="002D5923" w:rsidRPr="00CE577F" w:rsidRDefault="00930CA0">
      <w:pPr>
        <w:pStyle w:val="Heading1"/>
        <w:rPr>
          <w:rFonts w:ascii="Times New Roman" w:hAnsi="Times New Roman" w:cs="Times New Roman"/>
          <w:color w:val="auto"/>
        </w:rPr>
      </w:pPr>
      <w:r w:rsidRPr="00CE577F">
        <w:rPr>
          <w:rFonts w:ascii="Times New Roman" w:hAnsi="Times New Roman" w:cs="Times New Roman"/>
          <w:color w:val="auto"/>
        </w:rPr>
        <w:t xml:space="preserve">                                 </w:t>
      </w:r>
      <w:r w:rsidR="00020AFD" w:rsidRPr="00081744">
        <w:rPr>
          <w:rFonts w:ascii="Times New Roman" w:hAnsi="Times New Roman" w:cs="Times New Roman"/>
          <w:color w:val="auto"/>
          <w:sz w:val="32"/>
          <w:szCs w:val="32"/>
        </w:rPr>
        <w:t>Sopsy E-commence Website</w:t>
      </w:r>
    </w:p>
    <w:p w14:paraId="41E048BB" w14:textId="77777777" w:rsidR="00020AFD" w:rsidRPr="00CE577F" w:rsidRDefault="00020AFD" w:rsidP="00020AFD">
      <w:pPr>
        <w:spacing w:line="240" w:lineRule="auto"/>
        <w:rPr>
          <w:rFonts w:ascii="Times New Roman" w:hAnsi="Times New Roman" w:cs="Times New Roman"/>
        </w:rPr>
      </w:pPr>
    </w:p>
    <w:p w14:paraId="178F9893" w14:textId="2283BD99" w:rsidR="00020AFD" w:rsidRPr="003B0228" w:rsidRDefault="00814FE0" w:rsidP="003927D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020AFD" w:rsidRPr="003B0228">
        <w:rPr>
          <w:rFonts w:ascii="Times New Roman" w:hAnsi="Times New Roman" w:cs="Times New Roman"/>
          <w:b/>
          <w:bCs/>
          <w:sz w:val="24"/>
          <w:szCs w:val="24"/>
        </w:rPr>
        <w:t>H</w:t>
      </w:r>
      <w:r w:rsidR="00990B4A" w:rsidRPr="003B0228">
        <w:rPr>
          <w:rFonts w:ascii="Times New Roman" w:hAnsi="Times New Roman" w:cs="Times New Roman"/>
          <w:b/>
          <w:bCs/>
          <w:sz w:val="24"/>
          <w:szCs w:val="24"/>
        </w:rPr>
        <w:t>OD</w:t>
      </w:r>
      <w:r w:rsidR="00020AFD" w:rsidRPr="003B0228">
        <w:rPr>
          <w:rFonts w:ascii="Times New Roman" w:hAnsi="Times New Roman" w:cs="Times New Roman"/>
          <w:b/>
          <w:bCs/>
          <w:sz w:val="24"/>
          <w:szCs w:val="24"/>
        </w:rPr>
        <w:t xml:space="preserve">. </w:t>
      </w:r>
      <w:r w:rsidR="00990B4A" w:rsidRPr="003B0228">
        <w:rPr>
          <w:rFonts w:ascii="Times New Roman" w:hAnsi="Times New Roman" w:cs="Times New Roman"/>
          <w:b/>
          <w:bCs/>
          <w:sz w:val="24"/>
          <w:szCs w:val="24"/>
        </w:rPr>
        <w:t>Mr</w:t>
      </w:r>
      <w:r w:rsidR="00020AFD" w:rsidRPr="003B0228">
        <w:rPr>
          <w:rFonts w:ascii="Times New Roman" w:hAnsi="Times New Roman" w:cs="Times New Roman"/>
          <w:b/>
          <w:bCs/>
          <w:sz w:val="24"/>
          <w:szCs w:val="24"/>
        </w:rPr>
        <w:t>. G. L. Girhe</w:t>
      </w:r>
    </w:p>
    <w:p w14:paraId="719584D7" w14:textId="5A3AEE57" w:rsidR="00081744" w:rsidRDefault="00020AFD" w:rsidP="003927D1">
      <w:pPr>
        <w:spacing w:after="0" w:line="240" w:lineRule="auto"/>
        <w:jc w:val="center"/>
        <w:rPr>
          <w:rFonts w:ascii="Times New Roman" w:hAnsi="Times New Roman" w:cs="Times New Roman"/>
        </w:rPr>
      </w:pPr>
      <w:r w:rsidRPr="00CE577F">
        <w:rPr>
          <w:rFonts w:ascii="Times New Roman" w:hAnsi="Times New Roman" w:cs="Times New Roman"/>
        </w:rPr>
        <w:t>Computer Engineering</w:t>
      </w:r>
    </w:p>
    <w:p w14:paraId="4DD6775C" w14:textId="09940B06" w:rsidR="002D6A76" w:rsidRPr="00CE577F" w:rsidRDefault="00D06161" w:rsidP="00D06161">
      <w:pPr>
        <w:spacing w:after="0" w:line="240" w:lineRule="auto"/>
        <w:rPr>
          <w:rFonts w:ascii="Times New Roman" w:hAnsi="Times New Roman" w:cs="Times New Roman"/>
        </w:rPr>
      </w:pPr>
      <w:r>
        <w:rPr>
          <w:rFonts w:ascii="Times New Roman" w:hAnsi="Times New Roman" w:cs="Times New Roman"/>
        </w:rPr>
        <w:t xml:space="preserve">                                                            </w:t>
      </w:r>
      <w:r w:rsidR="00020AFD" w:rsidRPr="00CE577F">
        <w:rPr>
          <w:rFonts w:ascii="Times New Roman" w:hAnsi="Times New Roman" w:cs="Times New Roman"/>
        </w:rPr>
        <w:t>Department,</w:t>
      </w:r>
    </w:p>
    <w:p w14:paraId="0E8BF447" w14:textId="6392B6A4" w:rsidR="00346B1D" w:rsidRDefault="00D06161" w:rsidP="00D06161">
      <w:pPr>
        <w:spacing w:after="0" w:line="240" w:lineRule="auto"/>
        <w:rPr>
          <w:rFonts w:ascii="Times New Roman" w:hAnsi="Times New Roman" w:cs="Times New Roman"/>
        </w:rPr>
      </w:pPr>
      <w:r>
        <w:rPr>
          <w:rFonts w:ascii="Times New Roman" w:hAnsi="Times New Roman" w:cs="Times New Roman"/>
        </w:rPr>
        <w:t xml:space="preserve">                                                            </w:t>
      </w:r>
      <w:r w:rsidR="00020AFD" w:rsidRPr="00CE577F">
        <w:rPr>
          <w:rFonts w:ascii="Times New Roman" w:hAnsi="Times New Roman" w:cs="Times New Roman"/>
        </w:rPr>
        <w:t>SRPCE, Nagpur</w:t>
      </w:r>
    </w:p>
    <w:p w14:paraId="72C4C996" w14:textId="44D1AFD8" w:rsidR="00081744" w:rsidRPr="00CE577F" w:rsidRDefault="00D06161" w:rsidP="00D06161">
      <w:pPr>
        <w:spacing w:after="0" w:line="240" w:lineRule="auto"/>
        <w:rPr>
          <w:rFonts w:ascii="Times New Roman" w:hAnsi="Times New Roman" w:cs="Times New Roman"/>
        </w:rPr>
      </w:pPr>
      <w:r>
        <w:rPr>
          <w:rFonts w:ascii="Times New Roman" w:hAnsi="Times New Roman" w:cs="Times New Roman"/>
        </w:rPr>
        <w:t xml:space="preserve">                                                            </w:t>
      </w:r>
      <w:r w:rsidR="00020AFD" w:rsidRPr="00CE577F">
        <w:rPr>
          <w:rFonts w:ascii="Times New Roman" w:hAnsi="Times New Roman" w:cs="Times New Roman"/>
        </w:rPr>
        <w:t>Maharashtra, India</w:t>
      </w:r>
    </w:p>
    <w:p w14:paraId="027673EF" w14:textId="583D5F1E" w:rsidR="00081744" w:rsidRPr="003B0228" w:rsidRDefault="00081744" w:rsidP="00081744">
      <w:pPr>
        <w:spacing w:after="0" w:line="240" w:lineRule="auto"/>
        <w:rPr>
          <w:rFonts w:ascii="Times New Roman" w:hAnsi="Times New Roman" w:cs="Times New Roman"/>
          <w:b/>
          <w:bCs/>
        </w:rPr>
      </w:pPr>
      <w:r w:rsidRPr="00CE577F">
        <w:rPr>
          <w:rFonts w:ascii="Times New Roman" w:hAnsi="Times New Roman" w:cs="Times New Roman"/>
        </w:rPr>
        <w:t xml:space="preserve">                </w:t>
      </w:r>
      <w:r w:rsidR="00335F15">
        <w:rPr>
          <w:rFonts w:ascii="Times New Roman" w:hAnsi="Times New Roman" w:cs="Times New Roman"/>
        </w:rPr>
        <w:t xml:space="preserve">                                         </w:t>
      </w:r>
      <w:r w:rsidRPr="00CE577F">
        <w:rPr>
          <w:rFonts w:ascii="Times New Roman" w:hAnsi="Times New Roman" w:cs="Times New Roman"/>
        </w:rPr>
        <w:t xml:space="preserve">   </w:t>
      </w:r>
      <w:r w:rsidR="005F1A0D" w:rsidRPr="003B0228">
        <w:rPr>
          <w:rFonts w:ascii="Times New Roman" w:hAnsi="Times New Roman" w:cs="Times New Roman"/>
          <w:b/>
          <w:bCs/>
        </w:rPr>
        <w:t>Em</w:t>
      </w:r>
      <w:r w:rsidR="00F8019F" w:rsidRPr="003B0228">
        <w:rPr>
          <w:rFonts w:ascii="Times New Roman" w:hAnsi="Times New Roman" w:cs="Times New Roman"/>
          <w:b/>
          <w:bCs/>
        </w:rPr>
        <w:t>a</w:t>
      </w:r>
      <w:r w:rsidR="005F1A0D" w:rsidRPr="003B0228">
        <w:rPr>
          <w:rFonts w:ascii="Times New Roman" w:hAnsi="Times New Roman" w:cs="Times New Roman"/>
          <w:b/>
          <w:bCs/>
        </w:rPr>
        <w:t>il</w:t>
      </w:r>
      <w:r w:rsidR="00F8019F" w:rsidRPr="003B0228">
        <w:rPr>
          <w:rFonts w:ascii="Times New Roman" w:hAnsi="Times New Roman" w:cs="Times New Roman"/>
          <w:b/>
          <w:bCs/>
        </w:rPr>
        <w:t xml:space="preserve"> id:-Gaurishankar00</w:t>
      </w:r>
      <w:r w:rsidR="00335F15" w:rsidRPr="003B0228">
        <w:rPr>
          <w:rFonts w:ascii="Times New Roman" w:hAnsi="Times New Roman" w:cs="Times New Roman"/>
          <w:b/>
          <w:bCs/>
        </w:rPr>
        <w:t>733@gmail.com</w:t>
      </w:r>
    </w:p>
    <w:p w14:paraId="644A2B00" w14:textId="7E65DE91" w:rsidR="00081744" w:rsidRPr="00CE577F" w:rsidRDefault="00081744" w:rsidP="00081744">
      <w:pPr>
        <w:spacing w:after="0" w:line="240" w:lineRule="auto"/>
        <w:rPr>
          <w:rFonts w:ascii="Times New Roman" w:hAnsi="Times New Roman" w:cs="Times New Roman"/>
        </w:rPr>
      </w:pPr>
      <w:r>
        <w:rPr>
          <w:rFonts w:ascii="Times New Roman" w:hAnsi="Times New Roman" w:cs="Times New Roman"/>
        </w:rPr>
        <w:t xml:space="preserve">                                                                                                                                                                                                                                  </w:t>
      </w:r>
    </w:p>
    <w:p w14:paraId="58445D05" w14:textId="485732E9" w:rsidR="002D6A76" w:rsidRPr="007C68FC" w:rsidRDefault="002D6A76" w:rsidP="002D6A76">
      <w:pPr>
        <w:spacing w:after="0" w:line="240" w:lineRule="auto"/>
        <w:rPr>
          <w:rFonts w:ascii="Times New Roman" w:hAnsi="Times New Roman" w:cs="Times New Roman"/>
        </w:rPr>
      </w:pPr>
      <w:r w:rsidRPr="00CE577F">
        <w:rPr>
          <w:rFonts w:ascii="Times New Roman" w:hAnsi="Times New Roman" w:cs="Times New Roman"/>
        </w:rPr>
        <w:t xml:space="preserve"> </w:t>
      </w:r>
      <w:r w:rsidR="00400F90">
        <w:rPr>
          <w:rFonts w:ascii="Times New Roman" w:hAnsi="Times New Roman" w:cs="Times New Roman"/>
          <w:b/>
          <w:bCs/>
        </w:rPr>
        <w:t xml:space="preserve"> </w:t>
      </w:r>
      <w:r w:rsidR="00D02B95" w:rsidRPr="00CE577F">
        <w:rPr>
          <w:rFonts w:ascii="Times New Roman" w:hAnsi="Times New Roman" w:cs="Times New Roman"/>
          <w:b/>
          <w:bCs/>
        </w:rPr>
        <w:t xml:space="preserve">Poonam R. Gudadhe     </w:t>
      </w:r>
      <w:r w:rsidR="002C0935">
        <w:rPr>
          <w:rFonts w:ascii="Times New Roman" w:hAnsi="Times New Roman" w:cs="Times New Roman"/>
          <w:b/>
          <w:bCs/>
        </w:rPr>
        <w:t xml:space="preserve">                                                   </w:t>
      </w:r>
      <w:r w:rsidRPr="00CE577F">
        <w:rPr>
          <w:rFonts w:ascii="Times New Roman" w:hAnsi="Times New Roman" w:cs="Times New Roman"/>
          <w:b/>
          <w:bCs/>
        </w:rPr>
        <w:t xml:space="preserve">    </w:t>
      </w:r>
    </w:p>
    <w:p w14:paraId="4497B589" w14:textId="409FAA5B" w:rsidR="002D6A76" w:rsidRPr="00CE577F" w:rsidRDefault="002D6A76" w:rsidP="002D6A76">
      <w:pPr>
        <w:spacing w:after="0" w:line="240" w:lineRule="auto"/>
        <w:rPr>
          <w:rFonts w:ascii="Times New Roman" w:hAnsi="Times New Roman" w:cs="Times New Roman"/>
        </w:rPr>
      </w:pPr>
      <w:r w:rsidRPr="00CE577F">
        <w:rPr>
          <w:rFonts w:ascii="Times New Roman" w:hAnsi="Times New Roman" w:cs="Times New Roman"/>
        </w:rPr>
        <w:t xml:space="preserve"> </w:t>
      </w:r>
      <w:r w:rsidR="004648E1">
        <w:rPr>
          <w:rFonts w:ascii="Times New Roman" w:hAnsi="Times New Roman" w:cs="Times New Roman"/>
        </w:rPr>
        <w:t xml:space="preserve"> </w:t>
      </w:r>
      <w:r w:rsidR="002C0935" w:rsidRPr="00CE577F">
        <w:rPr>
          <w:rFonts w:ascii="Times New Roman" w:hAnsi="Times New Roman" w:cs="Times New Roman"/>
        </w:rPr>
        <w:t>UG Student</w:t>
      </w:r>
      <w:r w:rsidR="002C0935">
        <w:rPr>
          <w:rFonts w:ascii="Times New Roman" w:hAnsi="Times New Roman" w:cs="Times New Roman"/>
        </w:rPr>
        <w:t xml:space="preserve"> </w:t>
      </w:r>
      <w:r w:rsidR="002C0935" w:rsidRPr="00CE577F">
        <w:rPr>
          <w:rFonts w:ascii="Times New Roman" w:hAnsi="Times New Roman" w:cs="Times New Roman"/>
        </w:rPr>
        <w:t>Computer</w:t>
      </w:r>
      <w:r w:rsidR="002C0935">
        <w:rPr>
          <w:rFonts w:ascii="Times New Roman" w:hAnsi="Times New Roman" w:cs="Times New Roman"/>
        </w:rPr>
        <w:t xml:space="preserve"> </w:t>
      </w:r>
      <w:r w:rsidR="002C0935" w:rsidRPr="00CE577F">
        <w:rPr>
          <w:rFonts w:ascii="Times New Roman" w:hAnsi="Times New Roman" w:cs="Times New Roman"/>
        </w:rPr>
        <w:t xml:space="preserve">Engineering  </w:t>
      </w:r>
      <w:r w:rsidR="00EA378E">
        <w:rPr>
          <w:rFonts w:ascii="Times New Roman" w:hAnsi="Times New Roman" w:cs="Times New Roman"/>
        </w:rPr>
        <w:t xml:space="preserve">                                     </w:t>
      </w:r>
    </w:p>
    <w:p w14:paraId="4E942CEF" w14:textId="73B6A332" w:rsidR="002D6A76" w:rsidRPr="00CE577F" w:rsidRDefault="002D6A76" w:rsidP="002D6A76">
      <w:pPr>
        <w:spacing w:after="0" w:line="240" w:lineRule="auto"/>
        <w:rPr>
          <w:rFonts w:ascii="Times New Roman" w:hAnsi="Times New Roman" w:cs="Times New Roman"/>
        </w:rPr>
      </w:pPr>
      <w:r w:rsidRPr="00CE577F">
        <w:rPr>
          <w:rFonts w:ascii="Times New Roman" w:hAnsi="Times New Roman" w:cs="Times New Roman"/>
        </w:rPr>
        <w:t xml:space="preserve">  </w:t>
      </w:r>
      <w:r w:rsidR="00126EA1">
        <w:rPr>
          <w:rFonts w:ascii="Times New Roman" w:hAnsi="Times New Roman" w:cs="Times New Roman"/>
        </w:rPr>
        <w:t>Department</w:t>
      </w:r>
      <w:r w:rsidR="00DD5685">
        <w:rPr>
          <w:rFonts w:ascii="Times New Roman" w:hAnsi="Times New Roman" w:cs="Times New Roman"/>
        </w:rPr>
        <w:t>,</w:t>
      </w:r>
      <w:r w:rsidRPr="00CE577F">
        <w:rPr>
          <w:rFonts w:ascii="Times New Roman" w:hAnsi="Times New Roman" w:cs="Times New Roman"/>
        </w:rPr>
        <w:t xml:space="preserve">                                                      </w:t>
      </w:r>
      <w:r w:rsidR="004648E1">
        <w:rPr>
          <w:rFonts w:ascii="Times New Roman" w:hAnsi="Times New Roman" w:cs="Times New Roman"/>
        </w:rPr>
        <w:t xml:space="preserve">                     </w:t>
      </w:r>
      <w:r w:rsidRPr="00CE577F">
        <w:rPr>
          <w:rFonts w:ascii="Times New Roman" w:hAnsi="Times New Roman" w:cs="Times New Roman"/>
        </w:rPr>
        <w:t xml:space="preserve"> </w:t>
      </w:r>
    </w:p>
    <w:p w14:paraId="7535610A" w14:textId="02F45D94" w:rsidR="00410FBA" w:rsidRDefault="002D6A76" w:rsidP="00410FBA">
      <w:pPr>
        <w:spacing w:after="0" w:line="240" w:lineRule="auto"/>
        <w:rPr>
          <w:rFonts w:ascii="Times New Roman" w:hAnsi="Times New Roman" w:cs="Times New Roman"/>
        </w:rPr>
      </w:pPr>
      <w:r w:rsidRPr="00CE577F">
        <w:rPr>
          <w:rFonts w:ascii="Times New Roman" w:hAnsi="Times New Roman" w:cs="Times New Roman"/>
        </w:rPr>
        <w:t xml:space="preserve">  </w:t>
      </w:r>
      <w:r w:rsidR="00DD5685">
        <w:rPr>
          <w:rFonts w:ascii="Times New Roman" w:hAnsi="Times New Roman" w:cs="Times New Roman"/>
        </w:rPr>
        <w:t>SRPCE</w:t>
      </w:r>
      <w:r w:rsidR="00407D4F">
        <w:rPr>
          <w:rFonts w:ascii="Times New Roman" w:hAnsi="Times New Roman" w:cs="Times New Roman"/>
        </w:rPr>
        <w:t xml:space="preserve"> ,Nagpur,</w:t>
      </w:r>
      <w:r w:rsidRPr="00CE577F">
        <w:rPr>
          <w:rFonts w:ascii="Times New Roman" w:hAnsi="Times New Roman" w:cs="Times New Roman"/>
        </w:rPr>
        <w:t xml:space="preserve">                                                      </w:t>
      </w:r>
      <w:r w:rsidR="004648E1">
        <w:rPr>
          <w:rFonts w:ascii="Times New Roman" w:hAnsi="Times New Roman" w:cs="Times New Roman"/>
        </w:rPr>
        <w:t xml:space="preserve">             </w:t>
      </w:r>
      <w:r w:rsidRPr="00CE577F">
        <w:rPr>
          <w:rFonts w:ascii="Times New Roman" w:hAnsi="Times New Roman" w:cs="Times New Roman"/>
        </w:rPr>
        <w:t xml:space="preserve"> </w:t>
      </w:r>
    </w:p>
    <w:p w14:paraId="2038D58D" w14:textId="18FB7CED" w:rsidR="002D6A76" w:rsidRPr="00CE577F" w:rsidRDefault="00382868" w:rsidP="00410FBA">
      <w:pPr>
        <w:spacing w:after="0" w:line="240" w:lineRule="auto"/>
        <w:rPr>
          <w:rFonts w:ascii="Times New Roman" w:hAnsi="Times New Roman" w:cs="Times New Roman"/>
        </w:rPr>
      </w:pPr>
      <w:r>
        <w:rPr>
          <w:rFonts w:ascii="Times New Roman" w:hAnsi="Times New Roman" w:cs="Times New Roman"/>
        </w:rPr>
        <w:t xml:space="preserve">  </w:t>
      </w:r>
      <w:r w:rsidR="00410FBA">
        <w:rPr>
          <w:rFonts w:ascii="Times New Roman" w:hAnsi="Times New Roman" w:cs="Times New Roman"/>
        </w:rPr>
        <w:t>Maharashtra ,India</w:t>
      </w:r>
      <w:r>
        <w:rPr>
          <w:rFonts w:ascii="Times New Roman" w:hAnsi="Times New Roman" w:cs="Times New Roman"/>
        </w:rPr>
        <w:t xml:space="preserve">                                                                  </w:t>
      </w:r>
    </w:p>
    <w:p w14:paraId="780B7120" w14:textId="4F555DC7" w:rsidR="00D03704" w:rsidRPr="00814FE0" w:rsidRDefault="0083403F" w:rsidP="002D6A76">
      <w:pPr>
        <w:spacing w:after="0" w:line="240" w:lineRule="auto"/>
        <w:rPr>
          <w:rFonts w:ascii="Times New Roman" w:hAnsi="Times New Roman" w:cs="Times New Roman"/>
          <w:b/>
          <w:bCs/>
        </w:rPr>
      </w:pPr>
      <w:r w:rsidRPr="00814FE0">
        <w:rPr>
          <w:rFonts w:ascii="Times New Roman" w:hAnsi="Times New Roman" w:cs="Times New Roman"/>
          <w:b/>
          <w:bCs/>
        </w:rPr>
        <w:t>Em</w:t>
      </w:r>
      <w:r w:rsidR="00FE1796" w:rsidRPr="00814FE0">
        <w:rPr>
          <w:rFonts w:ascii="Times New Roman" w:hAnsi="Times New Roman" w:cs="Times New Roman"/>
          <w:b/>
          <w:bCs/>
        </w:rPr>
        <w:t>ail id:-</w:t>
      </w:r>
      <w:r w:rsidR="005A0DDB" w:rsidRPr="00814FE0">
        <w:rPr>
          <w:rFonts w:ascii="Times New Roman" w:hAnsi="Times New Roman" w:cs="Times New Roman"/>
          <w:b/>
          <w:bCs/>
        </w:rPr>
        <w:t xml:space="preserve">poonamrgudadhe@gmail.com    </w:t>
      </w:r>
    </w:p>
    <w:p w14:paraId="1530136D" w14:textId="77777777" w:rsidR="003E6382" w:rsidRDefault="003E6382" w:rsidP="00D03704">
      <w:pPr>
        <w:spacing w:after="0" w:line="240" w:lineRule="auto"/>
        <w:rPr>
          <w:rFonts w:ascii="Times New Roman" w:hAnsi="Times New Roman" w:cs="Times New Roman"/>
          <w:b/>
          <w:bCs/>
          <w:sz w:val="24"/>
          <w:szCs w:val="24"/>
        </w:rPr>
      </w:pPr>
    </w:p>
    <w:p w14:paraId="10FD02FC" w14:textId="5A136F1D" w:rsidR="003E6382" w:rsidRDefault="00A52B21" w:rsidP="00A52B21">
      <w:pPr>
        <w:spacing w:after="0" w:line="240" w:lineRule="auto"/>
        <w:jc w:val="both"/>
        <w:rPr>
          <w:rFonts w:ascii="Times New Roman" w:hAnsi="Times New Roman" w:cs="Times New Roman"/>
          <w:b/>
          <w:bCs/>
          <w:sz w:val="24"/>
          <w:szCs w:val="24"/>
        </w:rPr>
      </w:pPr>
      <w:r>
        <w:rPr>
          <w:rFonts w:ascii="Times New Roman" w:hAnsi="Times New Roman" w:cs="Times New Roman"/>
          <w:b/>
          <w:bCs/>
        </w:rPr>
        <w:t xml:space="preserve">                                                                                </w:t>
      </w:r>
      <w:r w:rsidR="002A2CB6" w:rsidRPr="00CE577F">
        <w:rPr>
          <w:rFonts w:ascii="Times New Roman" w:hAnsi="Times New Roman" w:cs="Times New Roman"/>
          <w:b/>
          <w:bCs/>
        </w:rPr>
        <w:t>Aditya Gondane</w:t>
      </w:r>
    </w:p>
    <w:p w14:paraId="190546AA" w14:textId="4E3B012F" w:rsidR="003E6382" w:rsidRDefault="00437A1B" w:rsidP="00A52B21">
      <w:pPr>
        <w:spacing w:after="0" w:line="240" w:lineRule="auto"/>
        <w:jc w:val="both"/>
        <w:rPr>
          <w:rFonts w:ascii="Times New Roman" w:hAnsi="Times New Roman" w:cs="Times New Roman"/>
          <w:b/>
          <w:bCs/>
          <w:sz w:val="24"/>
          <w:szCs w:val="24"/>
        </w:rPr>
      </w:pPr>
      <w:r>
        <w:rPr>
          <w:rFonts w:ascii="Times New Roman" w:hAnsi="Times New Roman" w:cs="Times New Roman"/>
        </w:rPr>
        <w:t xml:space="preserve">                                                                                </w:t>
      </w:r>
      <w:r w:rsidR="002A2CB6">
        <w:rPr>
          <w:rFonts w:ascii="Times New Roman" w:hAnsi="Times New Roman" w:cs="Times New Roman"/>
        </w:rPr>
        <w:t>UG Student Computer Engineering</w:t>
      </w:r>
    </w:p>
    <w:p w14:paraId="69487DE0" w14:textId="759715B0" w:rsidR="003E6382" w:rsidRDefault="00437A1B" w:rsidP="00A52B21">
      <w:pPr>
        <w:spacing w:after="0" w:line="240" w:lineRule="auto"/>
        <w:jc w:val="both"/>
        <w:rPr>
          <w:rFonts w:ascii="Times New Roman" w:hAnsi="Times New Roman" w:cs="Times New Roman"/>
          <w:b/>
          <w:bCs/>
          <w:sz w:val="24"/>
          <w:szCs w:val="24"/>
        </w:rPr>
      </w:pPr>
      <w:r>
        <w:rPr>
          <w:rFonts w:ascii="Times New Roman" w:hAnsi="Times New Roman" w:cs="Times New Roman"/>
        </w:rPr>
        <w:t xml:space="preserve">                                                                                </w:t>
      </w:r>
      <w:r w:rsidR="002A2CB6" w:rsidRPr="00CE577F">
        <w:rPr>
          <w:rFonts w:ascii="Times New Roman" w:hAnsi="Times New Roman" w:cs="Times New Roman"/>
        </w:rPr>
        <w:t>Department,</w:t>
      </w:r>
    </w:p>
    <w:p w14:paraId="5553D69C" w14:textId="72EFD3A3" w:rsidR="003E6382" w:rsidRDefault="00437A1B" w:rsidP="00A52B21">
      <w:pPr>
        <w:spacing w:after="0" w:line="240" w:lineRule="auto"/>
        <w:jc w:val="both"/>
        <w:rPr>
          <w:rFonts w:ascii="Times New Roman" w:hAnsi="Times New Roman" w:cs="Times New Roman"/>
          <w:b/>
          <w:bCs/>
          <w:sz w:val="24"/>
          <w:szCs w:val="24"/>
        </w:rPr>
      </w:pPr>
      <w:r>
        <w:rPr>
          <w:rFonts w:ascii="Times New Roman" w:hAnsi="Times New Roman" w:cs="Times New Roman"/>
        </w:rPr>
        <w:t xml:space="preserve">                                                                                </w:t>
      </w:r>
      <w:r w:rsidR="002A2CB6" w:rsidRPr="00CE577F">
        <w:rPr>
          <w:rFonts w:ascii="Times New Roman" w:hAnsi="Times New Roman" w:cs="Times New Roman"/>
        </w:rPr>
        <w:t>SRPCE ,N</w:t>
      </w:r>
      <w:r w:rsidR="002A2CB6">
        <w:rPr>
          <w:rFonts w:ascii="Times New Roman" w:hAnsi="Times New Roman" w:cs="Times New Roman"/>
        </w:rPr>
        <w:t>agpur,</w:t>
      </w:r>
    </w:p>
    <w:p w14:paraId="675A3861" w14:textId="31A150D7" w:rsidR="003E6382" w:rsidRDefault="00437A1B" w:rsidP="00A52B21">
      <w:pPr>
        <w:spacing w:after="0" w:line="240" w:lineRule="auto"/>
        <w:jc w:val="both"/>
        <w:rPr>
          <w:rFonts w:ascii="Times New Roman" w:hAnsi="Times New Roman" w:cs="Times New Roman"/>
          <w:b/>
          <w:bCs/>
          <w:sz w:val="24"/>
          <w:szCs w:val="24"/>
        </w:rPr>
      </w:pPr>
      <w:r>
        <w:rPr>
          <w:rFonts w:ascii="Times New Roman" w:hAnsi="Times New Roman" w:cs="Times New Roman"/>
        </w:rPr>
        <w:t xml:space="preserve">                                                                                </w:t>
      </w:r>
      <w:r w:rsidR="002A2CB6">
        <w:rPr>
          <w:rFonts w:ascii="Times New Roman" w:hAnsi="Times New Roman" w:cs="Times New Roman"/>
        </w:rPr>
        <w:t>Maharashtra, India</w:t>
      </w:r>
    </w:p>
    <w:p w14:paraId="045AC296" w14:textId="74FA8B23" w:rsidR="002A2CB6" w:rsidRPr="00CE577F" w:rsidRDefault="00437A1B" w:rsidP="00A52B21">
      <w:pPr>
        <w:spacing w:after="0" w:line="240" w:lineRule="auto"/>
        <w:jc w:val="both"/>
        <w:rPr>
          <w:rFonts w:ascii="Times New Roman" w:hAnsi="Times New Roman" w:cs="Times New Roman"/>
          <w:b/>
          <w:bCs/>
          <w:sz w:val="24"/>
          <w:szCs w:val="24"/>
        </w:rPr>
      </w:pPr>
      <w:r w:rsidRPr="00814FE0">
        <w:rPr>
          <w:rFonts w:ascii="Times New Roman" w:hAnsi="Times New Roman" w:cs="Times New Roman"/>
          <w:b/>
          <w:bCs/>
        </w:rPr>
        <w:t xml:space="preserve">                                                                        </w:t>
      </w:r>
      <w:r w:rsidR="00814FE0">
        <w:rPr>
          <w:rFonts w:ascii="Times New Roman" w:hAnsi="Times New Roman" w:cs="Times New Roman"/>
          <w:b/>
          <w:bCs/>
        </w:rPr>
        <w:t xml:space="preserve">       </w:t>
      </w:r>
      <w:r w:rsidRPr="00814FE0">
        <w:rPr>
          <w:rFonts w:ascii="Times New Roman" w:hAnsi="Times New Roman" w:cs="Times New Roman"/>
          <w:b/>
          <w:bCs/>
        </w:rPr>
        <w:t xml:space="preserve"> </w:t>
      </w:r>
      <w:r w:rsidR="002A2CB6" w:rsidRPr="00814FE0">
        <w:rPr>
          <w:rFonts w:ascii="Times New Roman" w:hAnsi="Times New Roman" w:cs="Times New Roman"/>
          <w:b/>
          <w:bCs/>
        </w:rPr>
        <w:t>Email id:- adityagondane321@gmail</w:t>
      </w:r>
      <w:r w:rsidR="002A2CB6">
        <w:rPr>
          <w:rFonts w:ascii="Times New Roman" w:hAnsi="Times New Roman" w:cs="Times New Roman"/>
          <w:b/>
          <w:bCs/>
          <w:sz w:val="24"/>
          <w:szCs w:val="24"/>
        </w:rPr>
        <w:t>.com</w:t>
      </w:r>
    </w:p>
    <w:p w14:paraId="72E29526" w14:textId="77777777" w:rsidR="004B2C4B" w:rsidRDefault="004B2C4B" w:rsidP="002D6A76">
      <w:pPr>
        <w:spacing w:after="0" w:line="240" w:lineRule="auto"/>
        <w:rPr>
          <w:rFonts w:ascii="Times New Roman" w:hAnsi="Times New Roman" w:cs="Times New Roman"/>
        </w:rPr>
      </w:pPr>
    </w:p>
    <w:p w14:paraId="059DA19C" w14:textId="770AC2DD" w:rsidR="00020AFD" w:rsidRPr="00CE577F" w:rsidRDefault="002D6A76" w:rsidP="002D6A76">
      <w:pPr>
        <w:spacing w:after="0" w:line="240" w:lineRule="auto"/>
        <w:rPr>
          <w:rFonts w:ascii="Times New Roman" w:hAnsi="Times New Roman" w:cs="Times New Roman"/>
        </w:rPr>
      </w:pPr>
      <w:r w:rsidRPr="00CE577F">
        <w:rPr>
          <w:rFonts w:ascii="Times New Roman" w:hAnsi="Times New Roman" w:cs="Times New Roman"/>
        </w:rPr>
        <w:t xml:space="preserve">                                                          </w:t>
      </w:r>
    </w:p>
    <w:p w14:paraId="0FF28286" w14:textId="77777777" w:rsidR="002D5923" w:rsidRPr="0055185F" w:rsidRDefault="00646A59">
      <w:pPr>
        <w:pStyle w:val="Heading2"/>
        <w:rPr>
          <w:rFonts w:ascii="Times New Roman" w:hAnsi="Times New Roman" w:cs="Times New Roman"/>
          <w:color w:val="auto"/>
          <w:sz w:val="20"/>
          <w:szCs w:val="20"/>
        </w:rPr>
      </w:pPr>
      <w:r w:rsidRPr="0055185F">
        <w:rPr>
          <w:rFonts w:ascii="Times New Roman" w:hAnsi="Times New Roman" w:cs="Times New Roman"/>
          <w:color w:val="auto"/>
          <w:sz w:val="20"/>
          <w:szCs w:val="20"/>
        </w:rPr>
        <w:t>Abstract</w:t>
      </w:r>
    </w:p>
    <w:p w14:paraId="65861AF4" w14:textId="77777777" w:rsidR="002D5923" w:rsidRPr="0055185F" w:rsidRDefault="00646A59">
      <w:pPr>
        <w:rPr>
          <w:rFonts w:ascii="Times New Roman" w:hAnsi="Times New Roman" w:cs="Times New Roman"/>
          <w:sz w:val="20"/>
          <w:szCs w:val="20"/>
        </w:rPr>
      </w:pPr>
      <w:r w:rsidRPr="0055185F">
        <w:rPr>
          <w:rFonts w:ascii="Times New Roman" w:hAnsi="Times New Roman" w:cs="Times New Roman"/>
          <w:sz w:val="20"/>
          <w:szCs w:val="20"/>
        </w:rPr>
        <w:t>This paper discusses the implementation of an e-commerce website, focusing on the technologies, design patterns, and deployment strategies used. The project follows a modern web development approach, integrating a secure backend, dynamic frontend, and a scalable database.</w:t>
      </w:r>
    </w:p>
    <w:p w14:paraId="0362EB37" w14:textId="72F5B7E6" w:rsidR="00FA4BAF" w:rsidRPr="0055185F" w:rsidRDefault="00DD53F5" w:rsidP="00FA4BAF">
      <w:pPr>
        <w:spacing w:after="0" w:line="240" w:lineRule="auto"/>
        <w:contextualSpacing/>
        <w:rPr>
          <w:rFonts w:ascii="Times New Roman" w:hAnsi="Times New Roman" w:cs="Times New Roman"/>
          <w:b/>
          <w:bCs/>
          <w:sz w:val="20"/>
          <w:szCs w:val="20"/>
        </w:rPr>
      </w:pPr>
      <w:r w:rsidRPr="0055185F">
        <w:rPr>
          <w:rFonts w:ascii="Times New Roman" w:hAnsi="Times New Roman" w:cs="Times New Roman"/>
          <w:b/>
          <w:bCs/>
          <w:noProof/>
          <w:sz w:val="20"/>
          <w:szCs w:val="20"/>
        </w:rPr>
        <mc:AlternateContent>
          <mc:Choice Requires="wps">
            <w:drawing>
              <wp:anchor distT="0" distB="0" distL="114300" distR="114300" simplePos="0" relativeHeight="251656192" behindDoc="0" locked="0" layoutInCell="1" allowOverlap="1" wp14:anchorId="579CD828" wp14:editId="7C34260E">
                <wp:simplePos x="0" y="0"/>
                <wp:positionH relativeFrom="column">
                  <wp:posOffset>-22860</wp:posOffset>
                </wp:positionH>
                <wp:positionV relativeFrom="paragraph">
                  <wp:posOffset>335915</wp:posOffset>
                </wp:positionV>
                <wp:extent cx="5364480" cy="22860"/>
                <wp:effectExtent l="0" t="0" r="26670" b="34290"/>
                <wp:wrapNone/>
                <wp:docPr id="98891908" name="Straight Connector 1"/>
                <wp:cNvGraphicFramePr/>
                <a:graphic xmlns:a="http://schemas.openxmlformats.org/drawingml/2006/main">
                  <a:graphicData uri="http://schemas.microsoft.com/office/word/2010/wordprocessingShape">
                    <wps:wsp>
                      <wps:cNvCnPr/>
                      <wps:spPr>
                        <a:xfrm>
                          <a:off x="0" y="0"/>
                          <a:ext cx="53644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E811CB" id="Straight Connector 1"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8pt,26.45pt" to="420.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" strokecolor="black [3040]"/>
            </w:pict>
          </mc:Fallback>
        </mc:AlternateContent>
      </w:r>
      <w:r w:rsidR="00FA4BAF" w:rsidRPr="0055185F">
        <w:rPr>
          <w:rFonts w:ascii="Times New Roman" w:hAnsi="Times New Roman" w:cs="Times New Roman"/>
          <w:b/>
          <w:bCs/>
          <w:sz w:val="20"/>
          <w:szCs w:val="20"/>
        </w:rPr>
        <w:t>KEYWORD:</w:t>
      </w:r>
      <w:r w:rsidR="00FA4BAF" w:rsidRPr="0055185F">
        <w:rPr>
          <w:rFonts w:ascii="Times New Roman" w:hAnsi="Times New Roman" w:cs="Times New Roman"/>
          <w:b/>
          <w:bCs/>
          <w:sz w:val="20"/>
          <w:szCs w:val="20"/>
          <w:lang w:eastAsia="en-IN"/>
        </w:rPr>
        <w:t xml:space="preserve"> </w:t>
      </w:r>
      <w:r w:rsidR="00FA4BAF" w:rsidRPr="0055185F">
        <w:rPr>
          <w:rFonts w:ascii="Times New Roman" w:hAnsi="Times New Roman" w:cs="Times New Roman"/>
          <w:sz w:val="20"/>
          <w:szCs w:val="20"/>
          <w:lang w:eastAsia="en-IN"/>
        </w:rPr>
        <w:t>Express.js, React, Node.js, user authentication, shopping cart, inventory management, order processing, product filtering, responsive design.</w:t>
      </w:r>
    </w:p>
    <w:p w14:paraId="4D088BDD" w14:textId="77777777" w:rsidR="00CA00BB" w:rsidRPr="0055185F" w:rsidRDefault="00CA00BB">
      <w:pPr>
        <w:pStyle w:val="Heading2"/>
        <w:rPr>
          <w:rFonts w:ascii="Times New Roman" w:hAnsi="Times New Roman" w:cs="Times New Roman"/>
          <w:color w:val="auto"/>
          <w:sz w:val="20"/>
          <w:szCs w:val="20"/>
        </w:rPr>
      </w:pPr>
    </w:p>
    <w:p w14:paraId="401D6F03" w14:textId="77777777" w:rsidR="00CA00BB" w:rsidRPr="0055185F" w:rsidRDefault="00CA00BB" w:rsidP="00CA00BB">
      <w:pPr>
        <w:rPr>
          <w:rFonts w:ascii="Times New Roman" w:hAnsi="Times New Roman" w:cs="Times New Roman"/>
          <w:sz w:val="20"/>
          <w:szCs w:val="20"/>
        </w:rPr>
        <w:sectPr w:rsidR="00CA00BB" w:rsidRPr="0055185F" w:rsidSect="00034616">
          <w:pgSz w:w="12240" w:h="15840"/>
          <w:pgMar w:top="1440" w:right="1800" w:bottom="1440" w:left="1800" w:header="720" w:footer="720" w:gutter="0"/>
          <w:cols w:space="720"/>
          <w:docGrid w:linePitch="360"/>
        </w:sectPr>
      </w:pPr>
    </w:p>
    <w:p w14:paraId="64C4FF65" w14:textId="1A4745F0" w:rsidR="002D5923" w:rsidRPr="0055185F" w:rsidRDefault="00646A59">
      <w:pPr>
        <w:pStyle w:val="Heading2"/>
        <w:rPr>
          <w:rFonts w:ascii="Times New Roman" w:hAnsi="Times New Roman" w:cs="Times New Roman"/>
          <w:color w:val="auto"/>
          <w:sz w:val="20"/>
          <w:szCs w:val="20"/>
        </w:rPr>
      </w:pPr>
      <w:r w:rsidRPr="0055185F">
        <w:rPr>
          <w:rFonts w:ascii="Times New Roman" w:hAnsi="Times New Roman" w:cs="Times New Roman"/>
          <w:color w:val="auto"/>
          <w:sz w:val="20"/>
          <w:szCs w:val="20"/>
        </w:rPr>
        <w:t xml:space="preserve"> Introduction</w:t>
      </w:r>
    </w:p>
    <w:p w14:paraId="7486B016" w14:textId="77777777" w:rsidR="002D5923" w:rsidRPr="0055185F" w:rsidRDefault="00646A59">
      <w:pPr>
        <w:rPr>
          <w:rFonts w:ascii="Times New Roman" w:hAnsi="Times New Roman" w:cs="Times New Roman"/>
          <w:sz w:val="20"/>
          <w:szCs w:val="20"/>
        </w:rPr>
      </w:pPr>
      <w:r w:rsidRPr="0055185F">
        <w:rPr>
          <w:rFonts w:ascii="Times New Roman" w:hAnsi="Times New Roman" w:cs="Times New Roman"/>
          <w:sz w:val="20"/>
          <w:szCs w:val="20"/>
        </w:rPr>
        <w:t>E-commerce websites have revolutionized the way people shop. This implementation paper describes the development process of an online shopping platform, detailing the chosen technologies, architecture, and deployment strategy.</w:t>
      </w:r>
    </w:p>
    <w:p w14:paraId="6656C2D2" w14:textId="77777777" w:rsidR="00DD53F5" w:rsidRDefault="00DD53F5" w:rsidP="00CE577F">
      <w:pPr>
        <w:spacing w:line="240" w:lineRule="auto"/>
        <w:jc w:val="both"/>
        <w:rPr>
          <w:rFonts w:ascii="Times New Roman" w:hAnsi="Times New Roman" w:cs="Times New Roman"/>
          <w:sz w:val="20"/>
          <w:szCs w:val="20"/>
          <w:lang w:val="en-IN"/>
        </w:rPr>
      </w:pPr>
      <w:r w:rsidRPr="0055185F">
        <w:rPr>
          <w:rFonts w:ascii="Times New Roman" w:hAnsi="Times New Roman" w:cs="Times New Roman"/>
          <w:sz w:val="20"/>
          <w:szCs w:val="20"/>
          <w:lang w:val="en-IN"/>
        </w:rPr>
        <w:t xml:space="preserve">The development of modern e-commerce websites requires the integration of multiple </w:t>
      </w:r>
      <w:r w:rsidRPr="0055185F">
        <w:rPr>
          <w:rFonts w:ascii="Times New Roman" w:hAnsi="Times New Roman" w:cs="Times New Roman"/>
          <w:sz w:val="20"/>
          <w:szCs w:val="20"/>
          <w:lang w:val="en-IN"/>
        </w:rPr>
        <w:t>technologies to ensure seamless user experiences and scalable back-end infrastructures. The "Sopsy" project, built using the MERN stack—comprising MongoDB, Express.js, React, and Node.js—seeks to address these challenges by creating a dynamic, scalable, and responsive platform. In addition to the core MERN technologies, the project integrates Redux for state management, Razorpay for secure payment gateways, and Material-UI (MUI) and Tailwind CSS for effective UI/UX design.</w:t>
      </w:r>
    </w:p>
    <w:p w14:paraId="6DEFA9A8" w14:textId="77777777" w:rsidR="00535D3F" w:rsidRPr="00535D3F" w:rsidRDefault="00535D3F" w:rsidP="00535D3F">
      <w:pPr>
        <w:spacing w:line="240" w:lineRule="auto"/>
        <w:jc w:val="both"/>
        <w:rPr>
          <w:rFonts w:ascii="Times New Roman" w:hAnsi="Times New Roman" w:cs="Times New Roman"/>
          <w:sz w:val="20"/>
          <w:szCs w:val="20"/>
          <w:lang w:val="en-IN"/>
        </w:rPr>
      </w:pPr>
      <w:r w:rsidRPr="00535D3F">
        <w:rPr>
          <w:rFonts w:ascii="Times New Roman" w:hAnsi="Times New Roman" w:cs="Times New Roman"/>
          <w:sz w:val="20"/>
          <w:szCs w:val="20"/>
          <w:lang w:val="en-IN"/>
        </w:rPr>
        <w:lastRenderedPageBreak/>
        <w:t>In the digital age, e-commerce has emerged as a transformative force in the global economy, offering businesses and consumers alike unparalleled convenience, access to a wider marketplace, and more personalized experiences. The rapid growth of the internet and advancements in technology have enabled companies to establish an online presence, driving their ability to reach customers across geographic boundaries. As a result, the implementation of e-commerce websites has become a critical factor for the success of businesses in various industries.</w:t>
      </w:r>
    </w:p>
    <w:p w14:paraId="1E4C7DC8" w14:textId="77777777" w:rsidR="00535D3F" w:rsidRPr="00535D3F" w:rsidRDefault="00535D3F" w:rsidP="00535D3F">
      <w:pPr>
        <w:spacing w:line="240" w:lineRule="auto"/>
        <w:jc w:val="both"/>
        <w:rPr>
          <w:rFonts w:ascii="Times New Roman" w:hAnsi="Times New Roman" w:cs="Times New Roman"/>
          <w:sz w:val="20"/>
          <w:szCs w:val="20"/>
          <w:lang w:val="en-IN"/>
        </w:rPr>
      </w:pPr>
      <w:r w:rsidRPr="00535D3F">
        <w:rPr>
          <w:rFonts w:ascii="Times New Roman" w:hAnsi="Times New Roman" w:cs="Times New Roman"/>
          <w:sz w:val="20"/>
          <w:szCs w:val="20"/>
          <w:lang w:val="en-IN"/>
        </w:rPr>
        <w:t xml:space="preserve">An e-commerce website allows businesses to facilitate the online buying and selling of goods or services. This platform not only supports online transactions but also integrates multiple features such as product </w:t>
      </w:r>
      <w:proofErr w:type="spellStart"/>
      <w:r w:rsidRPr="00535D3F">
        <w:rPr>
          <w:rFonts w:ascii="Times New Roman" w:hAnsi="Times New Roman" w:cs="Times New Roman"/>
          <w:sz w:val="20"/>
          <w:szCs w:val="20"/>
          <w:lang w:val="en-IN"/>
        </w:rPr>
        <w:t>catalogs</w:t>
      </w:r>
      <w:proofErr w:type="spellEnd"/>
      <w:r w:rsidRPr="00535D3F">
        <w:rPr>
          <w:rFonts w:ascii="Times New Roman" w:hAnsi="Times New Roman" w:cs="Times New Roman"/>
          <w:sz w:val="20"/>
          <w:szCs w:val="20"/>
          <w:lang w:val="en-IN"/>
        </w:rPr>
        <w:t>, secure payment gateways, user management, order tracking, and customer service functionalities. A well-designed e-commerce website can provide an efficient, user-friendly shopping experience, resulting in enhanced customer satisfaction and increased sales.</w:t>
      </w:r>
    </w:p>
    <w:p w14:paraId="77821CEC" w14:textId="77777777" w:rsidR="00535D3F" w:rsidRPr="00535D3F" w:rsidRDefault="00535D3F" w:rsidP="00535D3F">
      <w:pPr>
        <w:spacing w:line="240" w:lineRule="auto"/>
        <w:jc w:val="both"/>
        <w:rPr>
          <w:rFonts w:ascii="Times New Roman" w:hAnsi="Times New Roman" w:cs="Times New Roman"/>
          <w:sz w:val="20"/>
          <w:szCs w:val="20"/>
          <w:lang w:val="en-IN"/>
        </w:rPr>
      </w:pPr>
      <w:r w:rsidRPr="00535D3F">
        <w:rPr>
          <w:rFonts w:ascii="Times New Roman" w:hAnsi="Times New Roman" w:cs="Times New Roman"/>
          <w:sz w:val="20"/>
          <w:szCs w:val="20"/>
          <w:lang w:val="en-IN"/>
        </w:rPr>
        <w:t xml:space="preserve">This paper aims to explore the process of implementing an e-commerce website, from conceptualization to deployment. It will discuss the essential components and technologies that make up the foundation of a successful e-commerce platform, including front-end and back-end development, payment systems, security considerations, and responsive design. Furthermore, it will </w:t>
      </w:r>
      <w:proofErr w:type="spellStart"/>
      <w:r w:rsidRPr="00535D3F">
        <w:rPr>
          <w:rFonts w:ascii="Times New Roman" w:hAnsi="Times New Roman" w:cs="Times New Roman"/>
          <w:sz w:val="20"/>
          <w:szCs w:val="20"/>
          <w:lang w:val="en-IN"/>
        </w:rPr>
        <w:t>analyze</w:t>
      </w:r>
      <w:proofErr w:type="spellEnd"/>
      <w:r w:rsidRPr="00535D3F">
        <w:rPr>
          <w:rFonts w:ascii="Times New Roman" w:hAnsi="Times New Roman" w:cs="Times New Roman"/>
          <w:sz w:val="20"/>
          <w:szCs w:val="20"/>
          <w:lang w:val="en-IN"/>
        </w:rPr>
        <w:t xml:space="preserve"> key factors that businesses need to consider when selecting an e-commerce platform, and the challenges and solutions involved in creating a robust and scalable online store.</w:t>
      </w:r>
    </w:p>
    <w:p w14:paraId="559C7D93" w14:textId="77777777" w:rsidR="00535D3F" w:rsidRPr="00535D3F" w:rsidRDefault="00535D3F" w:rsidP="00535D3F">
      <w:pPr>
        <w:spacing w:line="240" w:lineRule="auto"/>
        <w:jc w:val="both"/>
        <w:rPr>
          <w:rFonts w:ascii="Times New Roman" w:hAnsi="Times New Roman" w:cs="Times New Roman"/>
          <w:sz w:val="20"/>
          <w:szCs w:val="20"/>
          <w:lang w:val="en-IN"/>
        </w:rPr>
      </w:pPr>
      <w:r w:rsidRPr="00535D3F">
        <w:rPr>
          <w:rFonts w:ascii="Times New Roman" w:hAnsi="Times New Roman" w:cs="Times New Roman"/>
          <w:sz w:val="20"/>
          <w:szCs w:val="20"/>
          <w:lang w:val="en-IN"/>
        </w:rPr>
        <w:t>By providing insights into the technical, operational, and strategic aspects of e-commerce website implementation, this paper serves as a comprehensive guide for organizations seeking to establish or enhance their digital presence in the competitive e-commerce market.</w:t>
      </w:r>
    </w:p>
    <w:p w14:paraId="4265CA0F" w14:textId="77777777" w:rsidR="005A4801" w:rsidRPr="0055185F" w:rsidRDefault="005A4801" w:rsidP="00CE577F">
      <w:pPr>
        <w:spacing w:line="240" w:lineRule="auto"/>
        <w:jc w:val="both"/>
        <w:rPr>
          <w:rFonts w:ascii="Times New Roman" w:hAnsi="Times New Roman" w:cs="Times New Roman"/>
          <w:sz w:val="20"/>
          <w:szCs w:val="20"/>
          <w:lang w:val="en-IN"/>
        </w:rPr>
      </w:pPr>
    </w:p>
    <w:p w14:paraId="6E1E397F" w14:textId="77777777" w:rsidR="002D5923" w:rsidRPr="0055185F" w:rsidRDefault="00646A59" w:rsidP="00CE577F">
      <w:pPr>
        <w:pStyle w:val="Heading3"/>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lastRenderedPageBreak/>
        <w:t>Objectives</w:t>
      </w:r>
    </w:p>
    <w:p w14:paraId="66259ABE"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Streamline Product Sales: The website should allow businesses to easily list, sell, and promote products or services to customers, reaching a global audience.</w:t>
      </w:r>
    </w:p>
    <w:p w14:paraId="4BAE53D9"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Enhance Customer Experience: Provide an intuitive and user-friendly interface, making it easy for customers to browse products, make purchases, and interact with customer support.</w:t>
      </w:r>
    </w:p>
    <w:p w14:paraId="79D38A17"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Secure Online Transactions: Ensure a safe and seamless transaction process with secure payment gateways and encryption to protect customer information.</w:t>
      </w:r>
    </w:p>
    <w:p w14:paraId="43658187"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Inventory Management: Implement systems to efficiently manage stock levels, track sales, and update product availability in real-time.</w:t>
      </w:r>
    </w:p>
    <w:p w14:paraId="2826E48C"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Increase Market Reach: Offer a platform that is accessible 24/7, enabling businesses to reach customers anywhere and at any time, leading to increased sales opportunities.</w:t>
      </w:r>
    </w:p>
    <w:p w14:paraId="771A93CA"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Brand Visibility: Provide a space to showcase the company’s brand, values, and unique selling points, which helps in building brand awareness and trust among customers.</w:t>
      </w:r>
    </w:p>
    <w:p w14:paraId="51A4B0C8"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xml:space="preserve">  Customer Analytics: Collect valuable data regarding customer </w:t>
      </w:r>
      <w:proofErr w:type="spellStart"/>
      <w:r w:rsidRPr="001F6778">
        <w:rPr>
          <w:rFonts w:ascii="Times New Roman" w:hAnsi="Times New Roman" w:cs="Times New Roman"/>
          <w:b w:val="0"/>
          <w:bCs w:val="0"/>
          <w:color w:val="auto"/>
          <w:sz w:val="20"/>
          <w:szCs w:val="20"/>
          <w:lang w:val="en-IN"/>
        </w:rPr>
        <w:t>behavior</w:t>
      </w:r>
      <w:proofErr w:type="spellEnd"/>
      <w:r w:rsidRPr="001F6778">
        <w:rPr>
          <w:rFonts w:ascii="Times New Roman" w:hAnsi="Times New Roman" w:cs="Times New Roman"/>
          <w:b w:val="0"/>
          <w:bCs w:val="0"/>
          <w:color w:val="auto"/>
          <w:sz w:val="20"/>
          <w:szCs w:val="20"/>
          <w:lang w:val="en-IN"/>
        </w:rPr>
        <w:t>, preferences, and purchasing patterns to improve marketing strategies and product offerings.</w:t>
      </w:r>
    </w:p>
    <w:p w14:paraId="361EC0FF"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Cost Efficiency: Reduce operational costs related to physical stores, such as rent and utilities, by transitioning sales to an online platform.</w:t>
      </w:r>
    </w:p>
    <w:p w14:paraId="54DED665"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Mobile Optimization: Ensure the website is mobile-friendly to cater to the increasing number of customers shopping via smartphones and tablets.</w:t>
      </w:r>
    </w:p>
    <w:p w14:paraId="03D3BFC8" w14:textId="77777777" w:rsidR="001F6778" w:rsidRPr="001F6778" w:rsidRDefault="001F6778" w:rsidP="001F6778">
      <w:pPr>
        <w:pStyle w:val="Heading2"/>
        <w:rPr>
          <w:rFonts w:ascii="Times New Roman" w:hAnsi="Times New Roman" w:cs="Times New Roman"/>
          <w:b w:val="0"/>
          <w:bCs w:val="0"/>
          <w:color w:val="auto"/>
          <w:sz w:val="20"/>
          <w:szCs w:val="20"/>
          <w:lang w:val="en-IN"/>
        </w:rPr>
      </w:pPr>
      <w:r w:rsidRPr="001F6778">
        <w:rPr>
          <w:rFonts w:ascii="Times New Roman" w:hAnsi="Times New Roman" w:cs="Times New Roman"/>
          <w:b w:val="0"/>
          <w:bCs w:val="0"/>
          <w:color w:val="auto"/>
          <w:sz w:val="20"/>
          <w:szCs w:val="20"/>
          <w:lang w:val="en-IN"/>
        </w:rPr>
        <w:t>  Integration with Marketing Tools: Enable integration with email marketing, social media, and other digital marketing strategies to promote products and engage with customers effectively.</w:t>
      </w:r>
    </w:p>
    <w:p w14:paraId="7B1BE5F9" w14:textId="77777777" w:rsidR="002D5923" w:rsidRPr="001F6778" w:rsidRDefault="00646A59" w:rsidP="00CE577F">
      <w:pPr>
        <w:pStyle w:val="Heading2"/>
        <w:spacing w:line="240" w:lineRule="auto"/>
        <w:rPr>
          <w:rFonts w:ascii="Times New Roman" w:hAnsi="Times New Roman" w:cs="Times New Roman"/>
          <w:b w:val="0"/>
          <w:bCs w:val="0"/>
          <w:color w:val="auto"/>
          <w:sz w:val="20"/>
          <w:szCs w:val="20"/>
        </w:rPr>
      </w:pPr>
      <w:r w:rsidRPr="001F6778">
        <w:rPr>
          <w:rFonts w:ascii="Times New Roman" w:hAnsi="Times New Roman" w:cs="Times New Roman"/>
          <w:b w:val="0"/>
          <w:bCs w:val="0"/>
          <w:color w:val="auto"/>
          <w:sz w:val="20"/>
          <w:szCs w:val="20"/>
        </w:rPr>
        <w:lastRenderedPageBreak/>
        <w:t>2. System Architecture</w:t>
      </w:r>
    </w:p>
    <w:p w14:paraId="7852719F" w14:textId="77777777" w:rsidR="002D5923" w:rsidRPr="001F6778" w:rsidRDefault="00646A59" w:rsidP="00CE577F">
      <w:pPr>
        <w:spacing w:line="240" w:lineRule="auto"/>
        <w:rPr>
          <w:rFonts w:ascii="Times New Roman" w:hAnsi="Times New Roman" w:cs="Times New Roman"/>
          <w:sz w:val="20"/>
          <w:szCs w:val="20"/>
        </w:rPr>
      </w:pPr>
      <w:r w:rsidRPr="001F6778">
        <w:rPr>
          <w:rFonts w:ascii="Times New Roman" w:hAnsi="Times New Roman" w:cs="Times New Roman"/>
          <w:sz w:val="20"/>
          <w:szCs w:val="20"/>
        </w:rPr>
        <w:t>The architecture follows the MVC (Model-View-Controller) pattern and consists of the following layers:</w:t>
      </w:r>
    </w:p>
    <w:p w14:paraId="0DDDDDD2" w14:textId="77777777" w:rsidR="002D5923" w:rsidRPr="001F6778" w:rsidRDefault="00646A59" w:rsidP="00CE577F">
      <w:pPr>
        <w:spacing w:line="240" w:lineRule="auto"/>
        <w:rPr>
          <w:rFonts w:ascii="Times New Roman" w:hAnsi="Times New Roman" w:cs="Times New Roman"/>
          <w:sz w:val="20"/>
          <w:szCs w:val="20"/>
        </w:rPr>
      </w:pPr>
      <w:r w:rsidRPr="001F6778">
        <w:rPr>
          <w:rFonts w:ascii="Times New Roman" w:hAnsi="Times New Roman" w:cs="Times New Roman"/>
          <w:sz w:val="20"/>
          <w:szCs w:val="20"/>
        </w:rPr>
        <w:t>1. Frontend (Client-side) – Built using React.js (or Angular/Vue.js)</w:t>
      </w:r>
    </w:p>
    <w:p w14:paraId="13937AE9" w14:textId="77777777" w:rsidR="002D5923" w:rsidRPr="001F6778" w:rsidRDefault="00646A59" w:rsidP="00CE577F">
      <w:pPr>
        <w:spacing w:line="240" w:lineRule="auto"/>
        <w:rPr>
          <w:rFonts w:ascii="Times New Roman" w:hAnsi="Times New Roman" w:cs="Times New Roman"/>
          <w:sz w:val="20"/>
          <w:szCs w:val="20"/>
        </w:rPr>
      </w:pPr>
      <w:r w:rsidRPr="001F6778">
        <w:rPr>
          <w:rFonts w:ascii="Times New Roman" w:hAnsi="Times New Roman" w:cs="Times New Roman"/>
          <w:sz w:val="20"/>
          <w:szCs w:val="20"/>
        </w:rPr>
        <w:t>2. Backend (Server-side) – Developed with Node.js and Express (or Django, Spring Boot, etc.)</w:t>
      </w:r>
    </w:p>
    <w:p w14:paraId="1BDF0A46" w14:textId="77777777" w:rsidR="002D5923" w:rsidRPr="001F6778" w:rsidRDefault="00646A59" w:rsidP="00CE577F">
      <w:pPr>
        <w:spacing w:line="240" w:lineRule="auto"/>
        <w:rPr>
          <w:rFonts w:ascii="Times New Roman" w:hAnsi="Times New Roman" w:cs="Times New Roman"/>
          <w:sz w:val="20"/>
          <w:szCs w:val="20"/>
        </w:rPr>
      </w:pPr>
      <w:r w:rsidRPr="001F6778">
        <w:rPr>
          <w:rFonts w:ascii="Times New Roman" w:hAnsi="Times New Roman" w:cs="Times New Roman"/>
          <w:sz w:val="20"/>
          <w:szCs w:val="20"/>
        </w:rPr>
        <w:t>3. Database – Uses MongoDB (NoSQL) or MySQL/PostgreSQL (SQL)</w:t>
      </w:r>
    </w:p>
    <w:p w14:paraId="5699D9CC" w14:textId="77777777" w:rsidR="002D5923" w:rsidRPr="001F6778" w:rsidRDefault="00646A59" w:rsidP="00CE577F">
      <w:pPr>
        <w:spacing w:line="240" w:lineRule="auto"/>
        <w:rPr>
          <w:rFonts w:ascii="Times New Roman" w:hAnsi="Times New Roman" w:cs="Times New Roman"/>
          <w:sz w:val="20"/>
          <w:szCs w:val="20"/>
        </w:rPr>
      </w:pPr>
      <w:r w:rsidRPr="001F6778">
        <w:rPr>
          <w:rFonts w:ascii="Times New Roman" w:hAnsi="Times New Roman" w:cs="Times New Roman"/>
          <w:sz w:val="20"/>
          <w:szCs w:val="20"/>
        </w:rPr>
        <w:t>4. Hosting – Deployed on AWS, Firebase, or DigitalOcean</w:t>
      </w:r>
    </w:p>
    <w:p w14:paraId="6F9D824C" w14:textId="77777777" w:rsidR="008B39B9" w:rsidRPr="001F6778" w:rsidRDefault="008B39B9" w:rsidP="00CE577F">
      <w:pPr>
        <w:spacing w:line="240" w:lineRule="auto"/>
        <w:rPr>
          <w:rFonts w:ascii="Times New Roman" w:hAnsi="Times New Roman" w:cs="Times New Roman"/>
          <w:sz w:val="20"/>
          <w:szCs w:val="20"/>
        </w:rPr>
      </w:pPr>
    </w:p>
    <w:p w14:paraId="7B1FC927" w14:textId="7E303F7A" w:rsidR="008B39B9" w:rsidRPr="001F6778" w:rsidRDefault="008B39B9" w:rsidP="00CE577F">
      <w:pPr>
        <w:spacing w:line="240" w:lineRule="auto"/>
        <w:rPr>
          <w:rFonts w:ascii="Times New Roman" w:hAnsi="Times New Roman" w:cs="Times New Roman"/>
          <w:sz w:val="20"/>
          <w:szCs w:val="20"/>
        </w:rPr>
      </w:pPr>
      <w:r w:rsidRPr="001F6778">
        <w:rPr>
          <w:rFonts w:ascii="Times New Roman" w:hAnsi="Times New Roman" w:cs="Times New Roman"/>
          <w:noProof/>
          <w:sz w:val="20"/>
          <w:szCs w:val="20"/>
        </w:rPr>
        <w:drawing>
          <wp:inline distT="0" distB="0" distL="0" distR="0" wp14:anchorId="1C0035CA" wp14:editId="3288B21D">
            <wp:extent cx="2651760" cy="2525395"/>
            <wp:effectExtent l="0" t="0" r="0" b="8255"/>
            <wp:docPr id="1581106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06852" name=""/>
                    <pic:cNvPicPr/>
                  </pic:nvPicPr>
                  <pic:blipFill>
                    <a:blip r:embed="rId6"/>
                    <a:stretch>
                      <a:fillRect/>
                    </a:stretch>
                  </pic:blipFill>
                  <pic:spPr>
                    <a:xfrm>
                      <a:off x="0" y="0"/>
                      <a:ext cx="2651852" cy="2525483"/>
                    </a:xfrm>
                    <a:prstGeom prst="rect">
                      <a:avLst/>
                    </a:prstGeom>
                  </pic:spPr>
                </pic:pic>
              </a:graphicData>
            </a:graphic>
          </wp:inline>
        </w:drawing>
      </w:r>
    </w:p>
    <w:p w14:paraId="6745540E" w14:textId="77777777" w:rsidR="002D5923" w:rsidRPr="001F6778" w:rsidRDefault="00646A59" w:rsidP="00CE577F">
      <w:pPr>
        <w:pStyle w:val="Heading2"/>
        <w:spacing w:line="240" w:lineRule="auto"/>
        <w:rPr>
          <w:rFonts w:ascii="Times New Roman" w:hAnsi="Times New Roman" w:cs="Times New Roman"/>
          <w:b w:val="0"/>
          <w:bCs w:val="0"/>
          <w:color w:val="auto"/>
          <w:sz w:val="20"/>
          <w:szCs w:val="20"/>
        </w:rPr>
      </w:pPr>
      <w:r w:rsidRPr="001F6778">
        <w:rPr>
          <w:rFonts w:ascii="Times New Roman" w:hAnsi="Times New Roman" w:cs="Times New Roman"/>
          <w:b w:val="0"/>
          <w:bCs w:val="0"/>
          <w:color w:val="auto"/>
          <w:sz w:val="20"/>
          <w:szCs w:val="20"/>
        </w:rPr>
        <w:t>3. Technology Stack</w:t>
      </w:r>
    </w:p>
    <w:tbl>
      <w:tblPr>
        <w:tblW w:w="0" w:type="auto"/>
        <w:tblLook w:val="04A0" w:firstRow="1" w:lastRow="0" w:firstColumn="1" w:lastColumn="0" w:noHBand="0" w:noVBand="1"/>
      </w:tblPr>
      <w:tblGrid>
        <w:gridCol w:w="3739"/>
        <w:gridCol w:w="221"/>
      </w:tblGrid>
      <w:tr w:rsidR="002D5923" w:rsidRPr="001F6778" w14:paraId="2A923C0E" w14:textId="77777777">
        <w:tc>
          <w:tcPr>
            <w:tcW w:w="4320" w:type="dxa"/>
          </w:tcPr>
          <w:tbl>
            <w:tblPr>
              <w:tblStyle w:val="TableGrid"/>
              <w:tblpPr w:leftFromText="180" w:rightFromText="180" w:vertAnchor="text" w:horzAnchor="margin" w:tblpY="229"/>
              <w:tblOverlap w:val="never"/>
              <w:tblW w:w="3823" w:type="dxa"/>
              <w:tblLook w:val="04A0" w:firstRow="1" w:lastRow="0" w:firstColumn="1" w:lastColumn="0" w:noHBand="0" w:noVBand="1"/>
            </w:tblPr>
            <w:tblGrid>
              <w:gridCol w:w="1696"/>
              <w:gridCol w:w="2127"/>
            </w:tblGrid>
            <w:tr w:rsidR="00C84ED4" w:rsidRPr="001F6778" w14:paraId="412CEA88" w14:textId="77777777" w:rsidTr="00C84ED4">
              <w:trPr>
                <w:trHeight w:val="416"/>
              </w:trPr>
              <w:tc>
                <w:tcPr>
                  <w:tcW w:w="1696" w:type="dxa"/>
                </w:tcPr>
                <w:p w14:paraId="28AB7D5F"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Component</w:t>
                  </w:r>
                </w:p>
              </w:tc>
              <w:tc>
                <w:tcPr>
                  <w:tcW w:w="2127" w:type="dxa"/>
                </w:tcPr>
                <w:p w14:paraId="55F55E3B"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Technology Used</w:t>
                  </w:r>
                </w:p>
              </w:tc>
            </w:tr>
            <w:tr w:rsidR="00C84ED4" w:rsidRPr="001F6778" w14:paraId="2A8AA43B" w14:textId="77777777" w:rsidTr="00C84ED4">
              <w:trPr>
                <w:trHeight w:val="607"/>
              </w:trPr>
              <w:tc>
                <w:tcPr>
                  <w:tcW w:w="1696" w:type="dxa"/>
                </w:tcPr>
                <w:p w14:paraId="732E28DD"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Frontend</w:t>
                  </w:r>
                </w:p>
              </w:tc>
              <w:tc>
                <w:tcPr>
                  <w:tcW w:w="2127" w:type="dxa"/>
                </w:tcPr>
                <w:p w14:paraId="4CE28EBC"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React.js ,Bootstrap</w:t>
                  </w:r>
                </w:p>
              </w:tc>
            </w:tr>
            <w:tr w:rsidR="00C84ED4" w:rsidRPr="001F6778" w14:paraId="2DE8762F" w14:textId="77777777" w:rsidTr="00C84ED4">
              <w:trPr>
                <w:trHeight w:val="640"/>
              </w:trPr>
              <w:tc>
                <w:tcPr>
                  <w:tcW w:w="1696" w:type="dxa"/>
                </w:tcPr>
                <w:p w14:paraId="23CB2E6C"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Backend</w:t>
                  </w:r>
                </w:p>
              </w:tc>
              <w:tc>
                <w:tcPr>
                  <w:tcW w:w="2127" w:type="dxa"/>
                </w:tcPr>
                <w:p w14:paraId="44C0A78C"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Node.js ,Express.js</w:t>
                  </w:r>
                </w:p>
              </w:tc>
            </w:tr>
            <w:tr w:rsidR="00C84ED4" w:rsidRPr="001F6778" w14:paraId="6128C858" w14:textId="77777777" w:rsidTr="00C84ED4">
              <w:trPr>
                <w:trHeight w:val="685"/>
              </w:trPr>
              <w:tc>
                <w:tcPr>
                  <w:tcW w:w="1696" w:type="dxa"/>
                </w:tcPr>
                <w:p w14:paraId="4A0AB820"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Database</w:t>
                  </w:r>
                </w:p>
              </w:tc>
              <w:tc>
                <w:tcPr>
                  <w:tcW w:w="2127" w:type="dxa"/>
                </w:tcPr>
                <w:p w14:paraId="18466F4E"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MongoDB</w:t>
                  </w:r>
                </w:p>
              </w:tc>
            </w:tr>
            <w:tr w:rsidR="00C84ED4" w:rsidRPr="001F6778" w14:paraId="7BFC9D2E" w14:textId="77777777" w:rsidTr="00C84ED4">
              <w:trPr>
                <w:trHeight w:val="590"/>
              </w:trPr>
              <w:tc>
                <w:tcPr>
                  <w:tcW w:w="1696" w:type="dxa"/>
                </w:tcPr>
                <w:p w14:paraId="749ABCF8"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Authentication</w:t>
                  </w:r>
                </w:p>
              </w:tc>
              <w:tc>
                <w:tcPr>
                  <w:tcW w:w="2127" w:type="dxa"/>
                </w:tcPr>
                <w:p w14:paraId="6F507099"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Firebase Auth</w:t>
                  </w:r>
                </w:p>
              </w:tc>
            </w:tr>
            <w:tr w:rsidR="00C84ED4" w:rsidRPr="001F6778" w14:paraId="69F320AA" w14:textId="77777777" w:rsidTr="00C84ED4">
              <w:trPr>
                <w:trHeight w:val="777"/>
              </w:trPr>
              <w:tc>
                <w:tcPr>
                  <w:tcW w:w="1696" w:type="dxa"/>
                </w:tcPr>
                <w:p w14:paraId="2526FACE"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Payment Gateway</w:t>
                  </w:r>
                </w:p>
              </w:tc>
              <w:tc>
                <w:tcPr>
                  <w:tcW w:w="2127" w:type="dxa"/>
                </w:tcPr>
                <w:p w14:paraId="63706582" w14:textId="77777777" w:rsidR="00C84ED4" w:rsidRPr="001F6778" w:rsidRDefault="00C84ED4" w:rsidP="00C84ED4">
                  <w:pPr>
                    <w:rPr>
                      <w:rFonts w:ascii="Times New Roman" w:hAnsi="Times New Roman" w:cs="Times New Roman"/>
                      <w:sz w:val="20"/>
                      <w:szCs w:val="20"/>
                    </w:rPr>
                  </w:pPr>
                  <w:r w:rsidRPr="001F6778">
                    <w:rPr>
                      <w:rFonts w:ascii="Times New Roman" w:hAnsi="Times New Roman" w:cs="Times New Roman"/>
                      <w:sz w:val="20"/>
                      <w:szCs w:val="20"/>
                    </w:rPr>
                    <w:t>Stripe ,Razorpay</w:t>
                  </w:r>
                </w:p>
              </w:tc>
            </w:tr>
          </w:tbl>
          <w:p w14:paraId="69B67AF8" w14:textId="6B0C5C13" w:rsidR="002D5923" w:rsidRPr="001F6778" w:rsidRDefault="002D5923" w:rsidP="00CE577F">
            <w:pPr>
              <w:spacing w:line="240" w:lineRule="auto"/>
              <w:rPr>
                <w:rFonts w:ascii="Times New Roman" w:hAnsi="Times New Roman" w:cs="Times New Roman"/>
                <w:sz w:val="20"/>
                <w:szCs w:val="20"/>
              </w:rPr>
            </w:pPr>
          </w:p>
        </w:tc>
        <w:tc>
          <w:tcPr>
            <w:tcW w:w="4320" w:type="dxa"/>
          </w:tcPr>
          <w:p w14:paraId="18986CCA" w14:textId="0FF2A764" w:rsidR="002D5923" w:rsidRPr="001F6778" w:rsidRDefault="002D5923" w:rsidP="00CE577F">
            <w:pPr>
              <w:spacing w:line="240" w:lineRule="auto"/>
              <w:rPr>
                <w:rFonts w:ascii="Times New Roman" w:hAnsi="Times New Roman" w:cs="Times New Roman"/>
                <w:sz w:val="20"/>
                <w:szCs w:val="20"/>
              </w:rPr>
            </w:pPr>
          </w:p>
        </w:tc>
      </w:tr>
      <w:tr w:rsidR="002D5923" w:rsidRPr="0055185F" w14:paraId="0246375E" w14:textId="77777777">
        <w:tc>
          <w:tcPr>
            <w:tcW w:w="4320" w:type="dxa"/>
          </w:tcPr>
          <w:p w14:paraId="4716A12E" w14:textId="19F0F6D6" w:rsidR="002D5923" w:rsidRPr="0055185F" w:rsidRDefault="002D5923" w:rsidP="00CE577F">
            <w:pPr>
              <w:spacing w:line="240" w:lineRule="auto"/>
              <w:rPr>
                <w:rFonts w:ascii="Times New Roman" w:hAnsi="Times New Roman" w:cs="Times New Roman"/>
                <w:sz w:val="20"/>
                <w:szCs w:val="20"/>
              </w:rPr>
            </w:pPr>
          </w:p>
        </w:tc>
        <w:tc>
          <w:tcPr>
            <w:tcW w:w="4320" w:type="dxa"/>
          </w:tcPr>
          <w:p w14:paraId="4A322F1D" w14:textId="5435404F" w:rsidR="002D5923" w:rsidRPr="0055185F" w:rsidRDefault="002D5923" w:rsidP="00CE577F">
            <w:pPr>
              <w:spacing w:line="240" w:lineRule="auto"/>
              <w:rPr>
                <w:rFonts w:ascii="Times New Roman" w:hAnsi="Times New Roman" w:cs="Times New Roman"/>
                <w:sz w:val="20"/>
                <w:szCs w:val="20"/>
              </w:rPr>
            </w:pPr>
          </w:p>
        </w:tc>
      </w:tr>
      <w:tr w:rsidR="002D5923" w:rsidRPr="0055185F" w14:paraId="0D211790" w14:textId="77777777">
        <w:tc>
          <w:tcPr>
            <w:tcW w:w="4320" w:type="dxa"/>
          </w:tcPr>
          <w:p w14:paraId="5AC6BDBB" w14:textId="6DA80A0A" w:rsidR="002D5923" w:rsidRPr="0055185F" w:rsidRDefault="002D5923" w:rsidP="00CE577F">
            <w:pPr>
              <w:spacing w:line="240" w:lineRule="auto"/>
              <w:rPr>
                <w:rFonts w:ascii="Times New Roman" w:hAnsi="Times New Roman" w:cs="Times New Roman"/>
                <w:sz w:val="20"/>
                <w:szCs w:val="20"/>
              </w:rPr>
            </w:pPr>
          </w:p>
        </w:tc>
        <w:tc>
          <w:tcPr>
            <w:tcW w:w="4320" w:type="dxa"/>
          </w:tcPr>
          <w:p w14:paraId="15698BB3" w14:textId="4C3A24F1" w:rsidR="002D5923" w:rsidRPr="0055185F" w:rsidRDefault="002D5923" w:rsidP="00CE577F">
            <w:pPr>
              <w:spacing w:line="240" w:lineRule="auto"/>
              <w:rPr>
                <w:rFonts w:ascii="Times New Roman" w:hAnsi="Times New Roman" w:cs="Times New Roman"/>
                <w:sz w:val="20"/>
                <w:szCs w:val="20"/>
              </w:rPr>
            </w:pPr>
          </w:p>
        </w:tc>
      </w:tr>
      <w:tr w:rsidR="002D5923" w:rsidRPr="0055185F" w14:paraId="14499FFD" w14:textId="77777777" w:rsidTr="00EC65FE">
        <w:trPr>
          <w:trHeight w:val="68"/>
        </w:trPr>
        <w:tc>
          <w:tcPr>
            <w:tcW w:w="4320" w:type="dxa"/>
          </w:tcPr>
          <w:p w14:paraId="4991B85E" w14:textId="31D6E05C" w:rsidR="002D5923" w:rsidRPr="0055185F" w:rsidRDefault="002D5923" w:rsidP="00CE577F">
            <w:pPr>
              <w:spacing w:line="240" w:lineRule="auto"/>
              <w:rPr>
                <w:rFonts w:ascii="Times New Roman" w:hAnsi="Times New Roman" w:cs="Times New Roman"/>
                <w:sz w:val="20"/>
                <w:szCs w:val="20"/>
              </w:rPr>
            </w:pPr>
          </w:p>
        </w:tc>
        <w:tc>
          <w:tcPr>
            <w:tcW w:w="4320" w:type="dxa"/>
          </w:tcPr>
          <w:p w14:paraId="765ACBCE" w14:textId="62960F53" w:rsidR="002D5923" w:rsidRPr="0055185F" w:rsidRDefault="002D5923" w:rsidP="00CE577F">
            <w:pPr>
              <w:spacing w:line="240" w:lineRule="auto"/>
              <w:rPr>
                <w:rFonts w:ascii="Times New Roman" w:hAnsi="Times New Roman" w:cs="Times New Roman"/>
                <w:sz w:val="20"/>
                <w:szCs w:val="20"/>
              </w:rPr>
            </w:pPr>
          </w:p>
        </w:tc>
      </w:tr>
      <w:tr w:rsidR="002D5923" w:rsidRPr="0055185F" w14:paraId="3D59B0F5" w14:textId="77777777">
        <w:tc>
          <w:tcPr>
            <w:tcW w:w="4320" w:type="dxa"/>
          </w:tcPr>
          <w:p w14:paraId="678B7404" w14:textId="4A4BB2B2" w:rsidR="002D5923" w:rsidRPr="0055185F" w:rsidRDefault="002D5923" w:rsidP="00CE577F">
            <w:pPr>
              <w:spacing w:line="240" w:lineRule="auto"/>
              <w:rPr>
                <w:rFonts w:ascii="Times New Roman" w:hAnsi="Times New Roman" w:cs="Times New Roman"/>
                <w:sz w:val="20"/>
                <w:szCs w:val="20"/>
              </w:rPr>
            </w:pPr>
          </w:p>
        </w:tc>
        <w:tc>
          <w:tcPr>
            <w:tcW w:w="4320" w:type="dxa"/>
          </w:tcPr>
          <w:p w14:paraId="6BEEA5C0" w14:textId="1B69F0E8" w:rsidR="002D5923" w:rsidRPr="0055185F" w:rsidRDefault="002D5923" w:rsidP="00CE577F">
            <w:pPr>
              <w:spacing w:line="240" w:lineRule="auto"/>
              <w:rPr>
                <w:rFonts w:ascii="Times New Roman" w:hAnsi="Times New Roman" w:cs="Times New Roman"/>
                <w:sz w:val="20"/>
                <w:szCs w:val="20"/>
              </w:rPr>
            </w:pPr>
          </w:p>
        </w:tc>
      </w:tr>
      <w:tr w:rsidR="002D5923" w:rsidRPr="0055185F" w14:paraId="4165C809" w14:textId="77777777">
        <w:tc>
          <w:tcPr>
            <w:tcW w:w="4320" w:type="dxa"/>
          </w:tcPr>
          <w:p w14:paraId="34E68ABC" w14:textId="5DFBE23B" w:rsidR="002D5923" w:rsidRPr="0055185F" w:rsidRDefault="002D5923" w:rsidP="00CE577F">
            <w:pPr>
              <w:spacing w:line="240" w:lineRule="auto"/>
              <w:rPr>
                <w:rFonts w:ascii="Times New Roman" w:hAnsi="Times New Roman" w:cs="Times New Roman"/>
                <w:sz w:val="20"/>
                <w:szCs w:val="20"/>
              </w:rPr>
            </w:pPr>
          </w:p>
        </w:tc>
        <w:tc>
          <w:tcPr>
            <w:tcW w:w="4320" w:type="dxa"/>
          </w:tcPr>
          <w:p w14:paraId="0B651F13" w14:textId="55133C44" w:rsidR="002D5923" w:rsidRPr="0055185F" w:rsidRDefault="002D5923" w:rsidP="00CE577F">
            <w:pPr>
              <w:spacing w:line="240" w:lineRule="auto"/>
              <w:rPr>
                <w:rFonts w:ascii="Times New Roman" w:hAnsi="Times New Roman" w:cs="Times New Roman"/>
                <w:sz w:val="20"/>
                <w:szCs w:val="20"/>
              </w:rPr>
            </w:pPr>
          </w:p>
        </w:tc>
      </w:tr>
      <w:tr w:rsidR="002D5923" w:rsidRPr="0055185F" w14:paraId="5CEA5CB2" w14:textId="77777777">
        <w:tc>
          <w:tcPr>
            <w:tcW w:w="4320" w:type="dxa"/>
          </w:tcPr>
          <w:p w14:paraId="78B7DA95" w14:textId="099225F5" w:rsidR="002D5923" w:rsidRPr="0055185F" w:rsidRDefault="002D5923" w:rsidP="00CE577F">
            <w:pPr>
              <w:spacing w:line="240" w:lineRule="auto"/>
              <w:rPr>
                <w:rFonts w:ascii="Times New Roman" w:hAnsi="Times New Roman" w:cs="Times New Roman"/>
                <w:sz w:val="20"/>
                <w:szCs w:val="20"/>
              </w:rPr>
            </w:pPr>
          </w:p>
        </w:tc>
        <w:tc>
          <w:tcPr>
            <w:tcW w:w="4320" w:type="dxa"/>
          </w:tcPr>
          <w:p w14:paraId="404973C0" w14:textId="2322CFFF" w:rsidR="002D5923" w:rsidRPr="0055185F" w:rsidRDefault="002D5923" w:rsidP="00CE577F">
            <w:pPr>
              <w:spacing w:line="240" w:lineRule="auto"/>
              <w:rPr>
                <w:rFonts w:ascii="Times New Roman" w:hAnsi="Times New Roman" w:cs="Times New Roman"/>
                <w:sz w:val="20"/>
                <w:szCs w:val="20"/>
              </w:rPr>
            </w:pPr>
          </w:p>
        </w:tc>
      </w:tr>
    </w:tbl>
    <w:p w14:paraId="25F3119A" w14:textId="77777777" w:rsidR="002D5923" w:rsidRPr="0055185F" w:rsidRDefault="00646A59" w:rsidP="00CE577F">
      <w:pPr>
        <w:pStyle w:val="Heading2"/>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4. Database Design</w:t>
      </w:r>
    </w:p>
    <w:p w14:paraId="78F6FADD" w14:textId="166F31EE" w:rsidR="002D5923" w:rsidRPr="0055185F" w:rsidRDefault="00646A59" w:rsidP="00CE577F">
      <w:pPr>
        <w:pStyle w:val="Heading3"/>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4.1 User Table</w:t>
      </w:r>
    </w:p>
    <w:tbl>
      <w:tblPr>
        <w:tblW w:w="0" w:type="auto"/>
        <w:tblLook w:val="04A0" w:firstRow="1" w:lastRow="0" w:firstColumn="1" w:lastColumn="0" w:noHBand="0" w:noVBand="1"/>
      </w:tblPr>
      <w:tblGrid>
        <w:gridCol w:w="1209"/>
        <w:gridCol w:w="1395"/>
        <w:gridCol w:w="1356"/>
      </w:tblGrid>
      <w:tr w:rsidR="002D5923" w:rsidRPr="0055185F" w14:paraId="5BD1A89A" w14:textId="77777777">
        <w:tc>
          <w:tcPr>
            <w:tcW w:w="2880" w:type="dxa"/>
          </w:tcPr>
          <w:p w14:paraId="3602D9C9" w14:textId="22891B6D" w:rsidR="002D5923" w:rsidRPr="0055185F" w:rsidRDefault="00C9522D"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002A82A1" wp14:editId="53E3DE62">
                      <wp:simplePos x="0" y="0"/>
                      <wp:positionH relativeFrom="column">
                        <wp:posOffset>-30480</wp:posOffset>
                      </wp:positionH>
                      <wp:positionV relativeFrom="paragraph">
                        <wp:posOffset>220980</wp:posOffset>
                      </wp:positionV>
                      <wp:extent cx="2480310" cy="7620"/>
                      <wp:effectExtent l="38100" t="38100" r="72390" b="87630"/>
                      <wp:wrapNone/>
                      <wp:docPr id="1271960132" name="Straight Connector 9"/>
                      <wp:cNvGraphicFramePr/>
                      <a:graphic xmlns:a="http://schemas.openxmlformats.org/drawingml/2006/main">
                        <a:graphicData uri="http://schemas.microsoft.com/office/word/2010/wordprocessingShape">
                          <wps:wsp>
                            <wps:cNvCnPr/>
                            <wps:spPr>
                              <a:xfrm flipV="1">
                                <a:off x="0" y="0"/>
                                <a:ext cx="248031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DF9B7B" id="Straight Connector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2.4pt,17.4pt" to="192.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" strokecolor="black [3200]" strokeweight="2pt">
                      <v:shadow on="t" color="black" opacity="24903f" origin=",.5" offset="0,.55556mm"/>
                    </v:line>
                  </w:pict>
                </mc:Fallback>
              </mc:AlternateContent>
            </w:r>
            <w:r w:rsidR="00A552DA">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14921C10" wp14:editId="6AD84813">
                      <wp:simplePos x="0" y="0"/>
                      <wp:positionH relativeFrom="column">
                        <wp:posOffset>-45720</wp:posOffset>
                      </wp:positionH>
                      <wp:positionV relativeFrom="paragraph">
                        <wp:posOffset>-7620</wp:posOffset>
                      </wp:positionV>
                      <wp:extent cx="2522220" cy="22860"/>
                      <wp:effectExtent l="38100" t="38100" r="68580" b="91440"/>
                      <wp:wrapNone/>
                      <wp:docPr id="2112765036" name="Straight Connector 4"/>
                      <wp:cNvGraphicFramePr/>
                      <a:graphic xmlns:a="http://schemas.openxmlformats.org/drawingml/2006/main">
                        <a:graphicData uri="http://schemas.microsoft.com/office/word/2010/wordprocessingShape">
                          <wps:wsp>
                            <wps:cNvCnPr/>
                            <wps:spPr>
                              <a:xfrm flipV="1">
                                <a:off x="0" y="0"/>
                                <a:ext cx="252222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6CED4"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6pt" to="1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" strokecolor="black [3200]" strokeweight="2pt">
                      <v:shadow on="t" color="black" opacity="24903f" origin=",.5" offset="0,.55556mm"/>
                    </v:line>
                  </w:pict>
                </mc:Fallback>
              </mc:AlternateContent>
            </w:r>
            <w:r w:rsidRPr="0055185F">
              <w:rPr>
                <w:rFonts w:ascii="Times New Roman" w:hAnsi="Times New Roman" w:cs="Times New Roman"/>
                <w:sz w:val="20"/>
                <w:szCs w:val="20"/>
              </w:rPr>
              <w:t>Field</w:t>
            </w:r>
          </w:p>
        </w:tc>
        <w:tc>
          <w:tcPr>
            <w:tcW w:w="2880" w:type="dxa"/>
          </w:tcPr>
          <w:p w14:paraId="2669C445" w14:textId="6F907A4A" w:rsidR="002D5923" w:rsidRPr="0055185F" w:rsidRDefault="00ED02C7"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14B06E7C" wp14:editId="50AE5F57">
                      <wp:simplePos x="0" y="0"/>
                      <wp:positionH relativeFrom="column">
                        <wp:posOffset>721995</wp:posOffset>
                      </wp:positionH>
                      <wp:positionV relativeFrom="paragraph">
                        <wp:posOffset>34290</wp:posOffset>
                      </wp:positionV>
                      <wp:extent cx="0" cy="1489710"/>
                      <wp:effectExtent l="57150" t="19050" r="76200" b="91440"/>
                      <wp:wrapNone/>
                      <wp:docPr id="345027824" name="Straight Connector 8"/>
                      <wp:cNvGraphicFramePr/>
                      <a:graphic xmlns:a="http://schemas.openxmlformats.org/drawingml/2006/main">
                        <a:graphicData uri="http://schemas.microsoft.com/office/word/2010/wordprocessingShape">
                          <wps:wsp>
                            <wps:cNvCnPr/>
                            <wps:spPr>
                              <a:xfrm>
                                <a:off x="0" y="0"/>
                                <a:ext cx="0" cy="14897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2C71D9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85pt,2.7pt" to="56.8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" strokecolor="black [3200]" strokeweight="2pt">
                      <v:shadow on="t" color="black" opacity="24903f" origin=",.5" offset="0,.55556mm"/>
                    </v:line>
                  </w:pict>
                </mc:Fallback>
              </mc:AlternateContent>
            </w:r>
            <w:r w:rsidRPr="0055185F">
              <w:rPr>
                <w:rFonts w:ascii="Times New Roman" w:hAnsi="Times New Roman" w:cs="Times New Roman"/>
                <w:sz w:val="20"/>
                <w:szCs w:val="20"/>
              </w:rPr>
              <w:t>Type</w:t>
            </w:r>
          </w:p>
        </w:tc>
        <w:tc>
          <w:tcPr>
            <w:tcW w:w="2880" w:type="dxa"/>
          </w:tcPr>
          <w:p w14:paraId="429B5326"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Description</w:t>
            </w:r>
          </w:p>
        </w:tc>
      </w:tr>
      <w:tr w:rsidR="002D5923" w:rsidRPr="0055185F" w14:paraId="1C56CEF6" w14:textId="77777777">
        <w:tc>
          <w:tcPr>
            <w:tcW w:w="2880" w:type="dxa"/>
          </w:tcPr>
          <w:p w14:paraId="153E06F2" w14:textId="7A2C88B7" w:rsidR="002D5923" w:rsidRPr="0055185F" w:rsidRDefault="00C9522D"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1985BDE8" wp14:editId="5CF40FB0">
                      <wp:simplePos x="0" y="0"/>
                      <wp:positionH relativeFrom="column">
                        <wp:posOffset>-34290</wp:posOffset>
                      </wp:positionH>
                      <wp:positionV relativeFrom="paragraph">
                        <wp:posOffset>191770</wp:posOffset>
                      </wp:positionV>
                      <wp:extent cx="2480310" cy="22860"/>
                      <wp:effectExtent l="38100" t="38100" r="72390" b="91440"/>
                      <wp:wrapNone/>
                      <wp:docPr id="705645085" name="Straight Connector 10"/>
                      <wp:cNvGraphicFramePr/>
                      <a:graphic xmlns:a="http://schemas.openxmlformats.org/drawingml/2006/main">
                        <a:graphicData uri="http://schemas.microsoft.com/office/word/2010/wordprocessingShape">
                          <wps:wsp>
                            <wps:cNvCnPr/>
                            <wps:spPr>
                              <a:xfrm flipV="1">
                                <a:off x="0" y="0"/>
                                <a:ext cx="248031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2162B25" id="Straight Connector 10"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7pt,15.1pt" to="192.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" strokecolor="black [3200]" strokeweight="2pt">
                      <v:shadow on="t" color="black" opacity="24903f" origin=",.5" offset="0,.55556mm"/>
                    </v:line>
                  </w:pict>
                </mc:Fallback>
              </mc:AlternateContent>
            </w:r>
            <w:proofErr w:type="spellStart"/>
            <w:r w:rsidRPr="0055185F">
              <w:rPr>
                <w:rFonts w:ascii="Times New Roman" w:hAnsi="Times New Roman" w:cs="Times New Roman"/>
                <w:sz w:val="20"/>
                <w:szCs w:val="20"/>
              </w:rPr>
              <w:t>user_id</w:t>
            </w:r>
            <w:proofErr w:type="spellEnd"/>
          </w:p>
        </w:tc>
        <w:tc>
          <w:tcPr>
            <w:tcW w:w="2880" w:type="dxa"/>
          </w:tcPr>
          <w:p w14:paraId="079D341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34E3A5A7"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Primary Key</w:t>
            </w:r>
          </w:p>
        </w:tc>
      </w:tr>
      <w:tr w:rsidR="002D5923" w:rsidRPr="0055185F" w14:paraId="71640D48" w14:textId="77777777">
        <w:tc>
          <w:tcPr>
            <w:tcW w:w="2880" w:type="dxa"/>
          </w:tcPr>
          <w:p w14:paraId="494E7E4C" w14:textId="66052B5F" w:rsidR="002D5923" w:rsidRPr="0055185F" w:rsidRDefault="00C9522D"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6F5DD438" wp14:editId="59336A15">
                      <wp:simplePos x="0" y="0"/>
                      <wp:positionH relativeFrom="column">
                        <wp:posOffset>-15240</wp:posOffset>
                      </wp:positionH>
                      <wp:positionV relativeFrom="paragraph">
                        <wp:posOffset>200660</wp:posOffset>
                      </wp:positionV>
                      <wp:extent cx="2461260" cy="7620"/>
                      <wp:effectExtent l="38100" t="38100" r="72390" b="87630"/>
                      <wp:wrapNone/>
                      <wp:docPr id="747434694" name="Straight Connector 11"/>
                      <wp:cNvGraphicFramePr/>
                      <a:graphic xmlns:a="http://schemas.openxmlformats.org/drawingml/2006/main">
                        <a:graphicData uri="http://schemas.microsoft.com/office/word/2010/wordprocessingShape">
                          <wps:wsp>
                            <wps:cNvCnPr/>
                            <wps:spPr>
                              <a:xfrm flipV="1">
                                <a:off x="0" y="0"/>
                                <a:ext cx="246126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4EB2D9" id="Straight Connector 1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5.8pt" to="19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" strokecolor="black [3200]" strokeweight="2pt">
                      <v:shadow on="t" color="black" opacity="24903f" origin=",.5" offset="0,.55556mm"/>
                    </v:lin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2E2755F0" wp14:editId="4F7C4EE7">
                      <wp:simplePos x="0" y="0"/>
                      <wp:positionH relativeFrom="column">
                        <wp:posOffset>-45720</wp:posOffset>
                      </wp:positionH>
                      <wp:positionV relativeFrom="paragraph">
                        <wp:posOffset>-553720</wp:posOffset>
                      </wp:positionV>
                      <wp:extent cx="15240" cy="1546860"/>
                      <wp:effectExtent l="57150" t="19050" r="60960" b="91440"/>
                      <wp:wrapNone/>
                      <wp:docPr id="177980536" name="Straight Connector 3"/>
                      <wp:cNvGraphicFramePr/>
                      <a:graphic xmlns:a="http://schemas.openxmlformats.org/drawingml/2006/main">
                        <a:graphicData uri="http://schemas.microsoft.com/office/word/2010/wordprocessingShape">
                          <wps:wsp>
                            <wps:cNvCnPr/>
                            <wps:spPr>
                              <a:xfrm>
                                <a:off x="0" y="0"/>
                                <a:ext cx="15240" cy="1546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3CEED49" id="Straight Connector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pt,-43.6pt" to="-2.4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" strokecolor="black [3200]" strokeweight="2pt">
                      <v:shadow on="t" color="black" opacity="24903f" origin=",.5" offset="0,.55556mm"/>
                    </v:line>
                  </w:pict>
                </mc:Fallback>
              </mc:AlternateContent>
            </w:r>
            <w:r w:rsidR="00DD53F5" w:rsidRPr="0055185F">
              <w:rPr>
                <w:rFonts w:ascii="Times New Roman" w:hAnsi="Times New Roman" w:cs="Times New Roman"/>
                <w:sz w:val="20"/>
                <w:szCs w:val="20"/>
              </w:rPr>
              <w:t>Name</w:t>
            </w:r>
          </w:p>
        </w:tc>
        <w:tc>
          <w:tcPr>
            <w:tcW w:w="2880" w:type="dxa"/>
          </w:tcPr>
          <w:p w14:paraId="634FF5A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VARCHAR</w:t>
            </w:r>
          </w:p>
        </w:tc>
        <w:tc>
          <w:tcPr>
            <w:tcW w:w="2880" w:type="dxa"/>
          </w:tcPr>
          <w:p w14:paraId="0D903C40"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User's name</w:t>
            </w:r>
          </w:p>
        </w:tc>
      </w:tr>
      <w:tr w:rsidR="002D5923" w:rsidRPr="0055185F" w14:paraId="5945B20E" w14:textId="77777777">
        <w:tc>
          <w:tcPr>
            <w:tcW w:w="2880" w:type="dxa"/>
          </w:tcPr>
          <w:p w14:paraId="265E7F8A" w14:textId="51BB8D4A" w:rsidR="002D5923" w:rsidRPr="0055185F" w:rsidRDefault="00DD53F5"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Email</w:t>
            </w:r>
          </w:p>
        </w:tc>
        <w:tc>
          <w:tcPr>
            <w:tcW w:w="2880" w:type="dxa"/>
          </w:tcPr>
          <w:p w14:paraId="124F98B1" w14:textId="23282A40" w:rsidR="002D5923" w:rsidRPr="0055185F" w:rsidRDefault="00405D7B"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26577FF9" wp14:editId="420DDFE0">
                      <wp:simplePos x="0" y="0"/>
                      <wp:positionH relativeFrom="column">
                        <wp:posOffset>-836295</wp:posOffset>
                      </wp:positionH>
                      <wp:positionV relativeFrom="paragraph">
                        <wp:posOffset>316230</wp:posOffset>
                      </wp:positionV>
                      <wp:extent cx="2472690" cy="22860"/>
                      <wp:effectExtent l="38100" t="38100" r="60960" b="91440"/>
                      <wp:wrapNone/>
                      <wp:docPr id="319454219" name="Straight Connector 12"/>
                      <wp:cNvGraphicFramePr/>
                      <a:graphic xmlns:a="http://schemas.openxmlformats.org/drawingml/2006/main">
                        <a:graphicData uri="http://schemas.microsoft.com/office/word/2010/wordprocessingShape">
                          <wps:wsp>
                            <wps:cNvCnPr/>
                            <wps:spPr>
                              <a:xfrm>
                                <a:off x="0" y="0"/>
                                <a:ext cx="247269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F86388"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5.85pt,24.9pt" to="128.8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" strokecolor="black [3200]" strokeweight="2pt">
                      <v:shadow on="t" color="black" opacity="24903f" origin=",.5" offset="0,.55556mm"/>
                    </v:line>
                  </w:pict>
                </mc:Fallback>
              </mc:AlternateContent>
            </w:r>
            <w:r w:rsidRPr="0055185F">
              <w:rPr>
                <w:rFonts w:ascii="Times New Roman" w:hAnsi="Times New Roman" w:cs="Times New Roman"/>
                <w:sz w:val="20"/>
                <w:szCs w:val="20"/>
              </w:rPr>
              <w:t>VARCHAR</w:t>
            </w:r>
          </w:p>
        </w:tc>
        <w:tc>
          <w:tcPr>
            <w:tcW w:w="2880" w:type="dxa"/>
          </w:tcPr>
          <w:p w14:paraId="12A183B0" w14:textId="42DB30EE" w:rsidR="002D5923" w:rsidRPr="0055185F" w:rsidRDefault="00BB524A"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6742F419" wp14:editId="64AB52B2">
                      <wp:simplePos x="0" y="0"/>
                      <wp:positionH relativeFrom="column">
                        <wp:posOffset>692150</wp:posOffset>
                      </wp:positionH>
                      <wp:positionV relativeFrom="paragraph">
                        <wp:posOffset>-819150</wp:posOffset>
                      </wp:positionV>
                      <wp:extent cx="7620" cy="1539240"/>
                      <wp:effectExtent l="57150" t="19050" r="68580" b="80010"/>
                      <wp:wrapNone/>
                      <wp:docPr id="827598211" name="Straight Connector 5"/>
                      <wp:cNvGraphicFramePr/>
                      <a:graphic xmlns:a="http://schemas.openxmlformats.org/drawingml/2006/main">
                        <a:graphicData uri="http://schemas.microsoft.com/office/word/2010/wordprocessingShape">
                          <wps:wsp>
                            <wps:cNvCnPr/>
                            <wps:spPr>
                              <a:xfrm flipH="1">
                                <a:off x="0" y="0"/>
                                <a:ext cx="7620" cy="1539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F441171" id="Straight Connector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54.5pt,-64.5pt" to="55.1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" strokecolor="black [3200]" strokeweight="2pt">
                      <v:shadow on="t" color="black" opacity="24903f" origin=",.5" offset="0,.55556mm"/>
                    </v:line>
                  </w:pict>
                </mc:Fallback>
              </mc:AlternateContent>
            </w:r>
            <w:r w:rsidRPr="0055185F">
              <w:rPr>
                <w:rFonts w:ascii="Times New Roman" w:hAnsi="Times New Roman" w:cs="Times New Roman"/>
                <w:sz w:val="20"/>
                <w:szCs w:val="20"/>
              </w:rPr>
              <w:t>Unique email ID</w:t>
            </w:r>
          </w:p>
        </w:tc>
      </w:tr>
      <w:tr w:rsidR="002D5923" w:rsidRPr="0055185F" w14:paraId="201AE4E0" w14:textId="77777777">
        <w:tc>
          <w:tcPr>
            <w:tcW w:w="2880" w:type="dxa"/>
          </w:tcPr>
          <w:p w14:paraId="61CCA8FD" w14:textId="52D64B6A" w:rsidR="002D5923" w:rsidRPr="0055185F" w:rsidRDefault="00ED02C7"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D5DACF8" wp14:editId="7F87B089">
                      <wp:simplePos x="0" y="0"/>
                      <wp:positionH relativeFrom="column">
                        <wp:posOffset>563880</wp:posOffset>
                      </wp:positionH>
                      <wp:positionV relativeFrom="paragraph">
                        <wp:posOffset>-1200150</wp:posOffset>
                      </wp:positionV>
                      <wp:extent cx="7620" cy="1478280"/>
                      <wp:effectExtent l="57150" t="19050" r="68580" b="83820"/>
                      <wp:wrapNone/>
                      <wp:docPr id="1574230246" name="Straight Connector 7"/>
                      <wp:cNvGraphicFramePr/>
                      <a:graphic xmlns:a="http://schemas.openxmlformats.org/drawingml/2006/main">
                        <a:graphicData uri="http://schemas.microsoft.com/office/word/2010/wordprocessingShape">
                          <wps:wsp>
                            <wps:cNvCnPr/>
                            <wps:spPr>
                              <a:xfrm>
                                <a:off x="0" y="0"/>
                                <a:ext cx="7620" cy="147828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B073A2" id="Straight Connector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4.4pt,-94.5pt" to="4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" strokecolor="black [3200]" strokeweight="2pt">
                      <v:shadow on="t" color="black" opacity="24903f" origin=",.5" offset="0,.55556mm"/>
                    </v:line>
                  </w:pict>
                </mc:Fallback>
              </mc:AlternateContent>
            </w:r>
            <w:r w:rsidR="00BB524A">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09A9A296" wp14:editId="52C375B8">
                      <wp:simplePos x="0" y="0"/>
                      <wp:positionH relativeFrom="column">
                        <wp:posOffset>-34290</wp:posOffset>
                      </wp:positionH>
                      <wp:positionV relativeFrom="paragraph">
                        <wp:posOffset>285750</wp:posOffset>
                      </wp:positionV>
                      <wp:extent cx="2476500" cy="0"/>
                      <wp:effectExtent l="38100" t="38100" r="76200" b="95250"/>
                      <wp:wrapNone/>
                      <wp:docPr id="523843030" name="Straight Connector 6"/>
                      <wp:cNvGraphicFramePr/>
                      <a:graphic xmlns:a="http://schemas.openxmlformats.org/drawingml/2006/main">
                        <a:graphicData uri="http://schemas.microsoft.com/office/word/2010/wordprocessingShape">
                          <wps:wsp>
                            <wps:cNvCnPr/>
                            <wps:spPr>
                              <a:xfrm>
                                <a:off x="0" y="0"/>
                                <a:ext cx="24765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2BE41A"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pt,22.5pt" to="192.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" strokecolor="black [3200]" strokeweight="2pt">
                      <v:shadow on="t" color="black" opacity="24903f" origin=",.5" offset="0,.55556mm"/>
                    </v:line>
                  </w:pict>
                </mc:Fallback>
              </mc:AlternateContent>
            </w:r>
            <w:r w:rsidR="00DD53F5" w:rsidRPr="0055185F">
              <w:rPr>
                <w:rFonts w:ascii="Times New Roman" w:hAnsi="Times New Roman" w:cs="Times New Roman"/>
                <w:sz w:val="20"/>
                <w:szCs w:val="20"/>
              </w:rPr>
              <w:t>Password</w:t>
            </w:r>
          </w:p>
        </w:tc>
        <w:tc>
          <w:tcPr>
            <w:tcW w:w="2880" w:type="dxa"/>
          </w:tcPr>
          <w:p w14:paraId="037BCCF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HASH</w:t>
            </w:r>
          </w:p>
        </w:tc>
        <w:tc>
          <w:tcPr>
            <w:tcW w:w="2880" w:type="dxa"/>
          </w:tcPr>
          <w:p w14:paraId="3F72545A"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Encrypted password</w:t>
            </w:r>
          </w:p>
        </w:tc>
      </w:tr>
    </w:tbl>
    <w:p w14:paraId="42CB3998" w14:textId="44045AB8" w:rsidR="002D5923" w:rsidRPr="0055185F" w:rsidRDefault="00646A59" w:rsidP="00CE577F">
      <w:pPr>
        <w:pStyle w:val="Heading3"/>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4.2 Product Table</w:t>
      </w:r>
    </w:p>
    <w:tbl>
      <w:tblPr>
        <w:tblW w:w="0" w:type="auto"/>
        <w:tblLook w:val="04A0" w:firstRow="1" w:lastRow="0" w:firstColumn="1" w:lastColumn="0" w:noHBand="0" w:noVBand="1"/>
      </w:tblPr>
      <w:tblGrid>
        <w:gridCol w:w="1267"/>
        <w:gridCol w:w="1366"/>
        <w:gridCol w:w="1327"/>
      </w:tblGrid>
      <w:tr w:rsidR="002D5923" w:rsidRPr="0055185F" w14:paraId="27F2F2ED" w14:textId="77777777">
        <w:tc>
          <w:tcPr>
            <w:tcW w:w="2880" w:type="dxa"/>
          </w:tcPr>
          <w:p w14:paraId="096D5C5B" w14:textId="186F3041" w:rsidR="002D5923" w:rsidRPr="0055185F" w:rsidRDefault="00622D38"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7C9AFCBC" wp14:editId="6BFE0118">
                      <wp:simplePos x="0" y="0"/>
                      <wp:positionH relativeFrom="column">
                        <wp:posOffset>-72390</wp:posOffset>
                      </wp:positionH>
                      <wp:positionV relativeFrom="paragraph">
                        <wp:posOffset>195580</wp:posOffset>
                      </wp:positionV>
                      <wp:extent cx="2567940" cy="38100"/>
                      <wp:effectExtent l="38100" t="38100" r="60960" b="95250"/>
                      <wp:wrapNone/>
                      <wp:docPr id="326048474" name="Straight Connector 21"/>
                      <wp:cNvGraphicFramePr/>
                      <a:graphic xmlns:a="http://schemas.openxmlformats.org/drawingml/2006/main">
                        <a:graphicData uri="http://schemas.microsoft.com/office/word/2010/wordprocessingShape">
                          <wps:wsp>
                            <wps:cNvCnPr/>
                            <wps:spPr>
                              <a:xfrm>
                                <a:off x="0" y="0"/>
                                <a:ext cx="2567940" cy="38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E8FC130" id="Straight Connector 2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7pt,15.4pt" to="19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" strokecolor="black [3200]" strokeweight="2pt">
                      <v:shadow on="t" color="black" opacity="24903f" origin=",.5" offset="0,.55556mm"/>
                    </v:line>
                  </w:pict>
                </mc:Fallback>
              </mc:AlternateContent>
            </w:r>
            <w:r w:rsidRPr="0055185F">
              <w:rPr>
                <w:rFonts w:ascii="Times New Roman" w:hAnsi="Times New Roman" w:cs="Times New Roman"/>
                <w:sz w:val="20"/>
                <w:szCs w:val="20"/>
              </w:rPr>
              <w:t>Field</w:t>
            </w:r>
          </w:p>
        </w:tc>
        <w:tc>
          <w:tcPr>
            <w:tcW w:w="2880" w:type="dxa"/>
          </w:tcPr>
          <w:p w14:paraId="437CC442" w14:textId="19C46A2F" w:rsidR="002D5923" w:rsidRPr="0055185F" w:rsidRDefault="00EA693A"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1F2A4A71" wp14:editId="7E425FD6">
                      <wp:simplePos x="0" y="0"/>
                      <wp:positionH relativeFrom="column">
                        <wp:posOffset>725805</wp:posOffset>
                      </wp:positionH>
                      <wp:positionV relativeFrom="paragraph">
                        <wp:posOffset>20320</wp:posOffset>
                      </wp:positionV>
                      <wp:extent cx="0" cy="1409700"/>
                      <wp:effectExtent l="57150" t="19050" r="76200" b="95250"/>
                      <wp:wrapNone/>
                      <wp:docPr id="1630996542" name="Straight Connector 20"/>
                      <wp:cNvGraphicFramePr/>
                      <a:graphic xmlns:a="http://schemas.openxmlformats.org/drawingml/2006/main">
                        <a:graphicData uri="http://schemas.microsoft.com/office/word/2010/wordprocessingShape">
                          <wps:wsp>
                            <wps:cNvCnPr/>
                            <wps:spPr>
                              <a:xfrm>
                                <a:off x="0" y="0"/>
                                <a:ext cx="0" cy="1409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53AAE16" id="Straight Connector 2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7.15pt,1.6pt" to="57.1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" strokecolor="black [3200]" strokeweight="2pt">
                      <v:shadow on="t" color="black" opacity="24903f" origin=",.5" offset="0,.55556mm"/>
                    </v:line>
                  </w:pict>
                </mc:Fallback>
              </mc:AlternateContent>
            </w:r>
            <w:r w:rsidR="00C10550">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6F466DD2" wp14:editId="012F337C">
                      <wp:simplePos x="0" y="0"/>
                      <wp:positionH relativeFrom="column">
                        <wp:posOffset>-920115</wp:posOffset>
                      </wp:positionH>
                      <wp:positionV relativeFrom="paragraph">
                        <wp:posOffset>-2540</wp:posOffset>
                      </wp:positionV>
                      <wp:extent cx="2583180" cy="22860"/>
                      <wp:effectExtent l="38100" t="38100" r="64770" b="91440"/>
                      <wp:wrapNone/>
                      <wp:docPr id="2032942132" name="Straight Connector 13"/>
                      <wp:cNvGraphicFramePr/>
                      <a:graphic xmlns:a="http://schemas.openxmlformats.org/drawingml/2006/main">
                        <a:graphicData uri="http://schemas.microsoft.com/office/word/2010/wordprocessingShape">
                          <wps:wsp>
                            <wps:cNvCnPr/>
                            <wps:spPr>
                              <a:xfrm>
                                <a:off x="0" y="0"/>
                                <a:ext cx="258318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85C34FC" id="Straight Connecto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2.45pt,-.2pt" to="130.9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" strokecolor="black [3200]" strokeweight="2pt">
                      <v:shadow on="t" color="black" opacity="24903f" origin=",.5" offset="0,.55556mm"/>
                    </v:line>
                  </w:pict>
                </mc:Fallback>
              </mc:AlternateContent>
            </w:r>
            <w:r w:rsidRPr="0055185F">
              <w:rPr>
                <w:rFonts w:ascii="Times New Roman" w:hAnsi="Times New Roman" w:cs="Times New Roman"/>
                <w:sz w:val="20"/>
                <w:szCs w:val="20"/>
              </w:rPr>
              <w:t>Type</w:t>
            </w:r>
          </w:p>
        </w:tc>
        <w:tc>
          <w:tcPr>
            <w:tcW w:w="2880" w:type="dxa"/>
          </w:tcPr>
          <w:p w14:paraId="2481F078" w14:textId="6D304F6B" w:rsidR="002D5923" w:rsidRPr="0055185F" w:rsidRDefault="00A83C6A"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7163A631" wp14:editId="100D5E1E">
                      <wp:simplePos x="0" y="0"/>
                      <wp:positionH relativeFrom="column">
                        <wp:posOffset>716915</wp:posOffset>
                      </wp:positionH>
                      <wp:positionV relativeFrom="paragraph">
                        <wp:posOffset>1270</wp:posOffset>
                      </wp:positionV>
                      <wp:extent cx="15240" cy="1428750"/>
                      <wp:effectExtent l="57150" t="19050" r="60960" b="95250"/>
                      <wp:wrapNone/>
                      <wp:docPr id="1418691901" name="Straight Connector 16"/>
                      <wp:cNvGraphicFramePr/>
                      <a:graphic xmlns:a="http://schemas.openxmlformats.org/drawingml/2006/main">
                        <a:graphicData uri="http://schemas.microsoft.com/office/word/2010/wordprocessingShape">
                          <wps:wsp>
                            <wps:cNvCnPr/>
                            <wps:spPr>
                              <a:xfrm flipH="1">
                                <a:off x="0" y="0"/>
                                <a:ext cx="15240" cy="14287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6EA50" id="Straight Connector 1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1pt" to="57.6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" strokecolor="black [3200]" strokeweight="2pt">
                      <v:shadow on="t" color="black" opacity="24903f" origin=",.5" offset="0,.55556mm"/>
                    </v:line>
                  </w:pict>
                </mc:Fallback>
              </mc:AlternateContent>
            </w:r>
            <w:r w:rsidRPr="0055185F">
              <w:rPr>
                <w:rFonts w:ascii="Times New Roman" w:hAnsi="Times New Roman" w:cs="Times New Roman"/>
                <w:sz w:val="20"/>
                <w:szCs w:val="20"/>
              </w:rPr>
              <w:t>Description</w:t>
            </w:r>
          </w:p>
        </w:tc>
      </w:tr>
      <w:tr w:rsidR="002D5923" w:rsidRPr="0055185F" w14:paraId="6D1B9B40" w14:textId="77777777">
        <w:tc>
          <w:tcPr>
            <w:tcW w:w="2880" w:type="dxa"/>
          </w:tcPr>
          <w:p w14:paraId="2E5E44F1" w14:textId="75EABC60" w:rsidR="002D5923" w:rsidRPr="0055185F" w:rsidRDefault="00622D38"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4949B11A" wp14:editId="7F538437">
                      <wp:simplePos x="0" y="0"/>
                      <wp:positionH relativeFrom="column">
                        <wp:posOffset>-45720</wp:posOffset>
                      </wp:positionH>
                      <wp:positionV relativeFrom="paragraph">
                        <wp:posOffset>204470</wp:posOffset>
                      </wp:positionV>
                      <wp:extent cx="2526030" cy="22860"/>
                      <wp:effectExtent l="38100" t="38100" r="64770" b="91440"/>
                      <wp:wrapNone/>
                      <wp:docPr id="64674181" name="Straight Connector 22"/>
                      <wp:cNvGraphicFramePr/>
                      <a:graphic xmlns:a="http://schemas.openxmlformats.org/drawingml/2006/main">
                        <a:graphicData uri="http://schemas.microsoft.com/office/word/2010/wordprocessingShape">
                          <wps:wsp>
                            <wps:cNvCnPr/>
                            <wps:spPr>
                              <a:xfrm flipV="1">
                                <a:off x="0" y="0"/>
                                <a:ext cx="2526030" cy="228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52C5C6E" id="Straight Connector 22"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3.6pt,16.1pt" to="195.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" strokecolor="black [3200]" strokeweight="2pt">
                      <v:shadow on="t" color="black" opacity="24903f" origin=",.5" offset="0,.55556mm"/>
                    </v:line>
                  </w:pict>
                </mc:Fallback>
              </mc:AlternateContent>
            </w:r>
            <w:proofErr w:type="spellStart"/>
            <w:r w:rsidRPr="0055185F">
              <w:rPr>
                <w:rFonts w:ascii="Times New Roman" w:hAnsi="Times New Roman" w:cs="Times New Roman"/>
                <w:sz w:val="20"/>
                <w:szCs w:val="20"/>
              </w:rPr>
              <w:t>product_id</w:t>
            </w:r>
            <w:proofErr w:type="spellEnd"/>
          </w:p>
        </w:tc>
        <w:tc>
          <w:tcPr>
            <w:tcW w:w="2880" w:type="dxa"/>
          </w:tcPr>
          <w:p w14:paraId="71879908"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7A06ACAE"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Primary Key</w:t>
            </w:r>
          </w:p>
        </w:tc>
      </w:tr>
      <w:tr w:rsidR="002D5923" w:rsidRPr="0055185F" w14:paraId="659FB0A1" w14:textId="77777777">
        <w:tc>
          <w:tcPr>
            <w:tcW w:w="2880" w:type="dxa"/>
          </w:tcPr>
          <w:p w14:paraId="571FD2D2" w14:textId="7903C9CE" w:rsidR="002D5923" w:rsidRPr="0055185F" w:rsidRDefault="00033536"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2161EDB5" wp14:editId="183D1899">
                      <wp:simplePos x="0" y="0"/>
                      <wp:positionH relativeFrom="column">
                        <wp:posOffset>-53340</wp:posOffset>
                      </wp:positionH>
                      <wp:positionV relativeFrom="paragraph">
                        <wp:posOffset>190500</wp:posOffset>
                      </wp:positionV>
                      <wp:extent cx="2533650" cy="0"/>
                      <wp:effectExtent l="38100" t="38100" r="76200" b="95250"/>
                      <wp:wrapNone/>
                      <wp:docPr id="672083504" name="Straight Connector 23"/>
                      <wp:cNvGraphicFramePr/>
                      <a:graphic xmlns:a="http://schemas.openxmlformats.org/drawingml/2006/main">
                        <a:graphicData uri="http://schemas.microsoft.com/office/word/2010/wordprocessingShape">
                          <wps:wsp>
                            <wps:cNvCnPr/>
                            <wps:spPr>
                              <a:xfrm flipV="1">
                                <a:off x="0" y="0"/>
                                <a:ext cx="25336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92F982" id="Straight Connector 23"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5pt" to="195.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" strokecolor="black [3200]" strokeweight="2pt">
                      <v:shadow on="t" color="black" opacity="24903f" origin=",.5" offset="0,.55556mm"/>
                    </v:line>
                  </w:pict>
                </mc:Fallback>
              </mc:AlternateContent>
            </w:r>
            <w:r w:rsidR="00C10550">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539280A5" wp14:editId="2C97D861">
                      <wp:simplePos x="0" y="0"/>
                      <wp:positionH relativeFrom="column">
                        <wp:posOffset>-76200</wp:posOffset>
                      </wp:positionH>
                      <wp:positionV relativeFrom="paragraph">
                        <wp:posOffset>-544830</wp:posOffset>
                      </wp:positionV>
                      <wp:extent cx="11430" cy="1436370"/>
                      <wp:effectExtent l="57150" t="19050" r="64770" b="87630"/>
                      <wp:wrapNone/>
                      <wp:docPr id="1182484952" name="Straight Connector 15"/>
                      <wp:cNvGraphicFramePr/>
                      <a:graphic xmlns:a="http://schemas.openxmlformats.org/drawingml/2006/main">
                        <a:graphicData uri="http://schemas.microsoft.com/office/word/2010/wordprocessingShape">
                          <wps:wsp>
                            <wps:cNvCnPr/>
                            <wps:spPr>
                              <a:xfrm flipH="1">
                                <a:off x="0" y="0"/>
                                <a:ext cx="11430" cy="14363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BD45E4" id="Straight Connector 15"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9pt" to="-5.1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" strokecolor="black [3200]" strokeweight="2pt">
                      <v:shadow on="t" color="black" opacity="24903f" origin=",.5" offset="0,.55556mm"/>
                    </v:line>
                  </w:pict>
                </mc:Fallback>
              </mc:AlternateContent>
            </w:r>
            <w:r w:rsidR="00DD53F5" w:rsidRPr="0055185F">
              <w:rPr>
                <w:rFonts w:ascii="Times New Roman" w:hAnsi="Times New Roman" w:cs="Times New Roman"/>
                <w:sz w:val="20"/>
                <w:szCs w:val="20"/>
              </w:rPr>
              <w:t>Name</w:t>
            </w:r>
          </w:p>
        </w:tc>
        <w:tc>
          <w:tcPr>
            <w:tcW w:w="2880" w:type="dxa"/>
          </w:tcPr>
          <w:p w14:paraId="7AE7A3C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VARCHAR</w:t>
            </w:r>
          </w:p>
        </w:tc>
        <w:tc>
          <w:tcPr>
            <w:tcW w:w="2880" w:type="dxa"/>
          </w:tcPr>
          <w:p w14:paraId="2382A27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Product name</w:t>
            </w:r>
          </w:p>
        </w:tc>
      </w:tr>
      <w:tr w:rsidR="002D5923" w:rsidRPr="0055185F" w14:paraId="4EB5A739" w14:textId="77777777">
        <w:tc>
          <w:tcPr>
            <w:tcW w:w="2880" w:type="dxa"/>
          </w:tcPr>
          <w:p w14:paraId="3A4804ED" w14:textId="4ACD2F2C" w:rsidR="002D5923" w:rsidRPr="0055185F" w:rsidRDefault="00033536"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3C97984E" wp14:editId="7C1BE3F2">
                      <wp:simplePos x="0" y="0"/>
                      <wp:positionH relativeFrom="column">
                        <wp:posOffset>-53340</wp:posOffset>
                      </wp:positionH>
                      <wp:positionV relativeFrom="paragraph">
                        <wp:posOffset>229870</wp:posOffset>
                      </wp:positionV>
                      <wp:extent cx="2529840" cy="0"/>
                      <wp:effectExtent l="38100" t="38100" r="60960" b="95250"/>
                      <wp:wrapNone/>
                      <wp:docPr id="2134176564" name="Straight Connector 24"/>
                      <wp:cNvGraphicFramePr/>
                      <a:graphic xmlns:a="http://schemas.openxmlformats.org/drawingml/2006/main">
                        <a:graphicData uri="http://schemas.microsoft.com/office/word/2010/wordprocessingShape">
                          <wps:wsp>
                            <wps:cNvCnPr/>
                            <wps:spPr>
                              <a:xfrm flipV="1">
                                <a:off x="0" y="0"/>
                                <a:ext cx="25298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B98B6" id="Straight Connector 24"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8.1pt" to="1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" strokecolor="black [3200]" strokeweight="2pt">
                      <v:shadow on="t" color="black" opacity="24903f" origin=",.5" offset="0,.55556mm"/>
                    </v:line>
                  </w:pict>
                </mc:Fallback>
              </mc:AlternateContent>
            </w:r>
            <w:r w:rsidR="00C44A3E">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7136E3E2" wp14:editId="3065E972">
                      <wp:simplePos x="0" y="0"/>
                      <wp:positionH relativeFrom="column">
                        <wp:posOffset>693420</wp:posOffset>
                      </wp:positionH>
                      <wp:positionV relativeFrom="paragraph">
                        <wp:posOffset>-817880</wp:posOffset>
                      </wp:positionV>
                      <wp:extent cx="22860" cy="1398270"/>
                      <wp:effectExtent l="57150" t="19050" r="72390" b="87630"/>
                      <wp:wrapNone/>
                      <wp:docPr id="451279988" name="Straight Connector 18"/>
                      <wp:cNvGraphicFramePr/>
                      <a:graphic xmlns:a="http://schemas.openxmlformats.org/drawingml/2006/main">
                        <a:graphicData uri="http://schemas.microsoft.com/office/word/2010/wordprocessingShape">
                          <wps:wsp>
                            <wps:cNvCnPr/>
                            <wps:spPr>
                              <a:xfrm flipH="1">
                                <a:off x="0" y="0"/>
                                <a:ext cx="22860" cy="13982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1CF10" id="Straight Connector 18"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pt,-64.4pt" to="56.4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" strokecolor="black [3200]" strokeweight="2pt">
                      <v:shadow on="t" color="black" opacity="24903f" origin=",.5" offset="0,.55556mm"/>
                    </v:line>
                  </w:pict>
                </mc:Fallback>
              </mc:AlternateContent>
            </w:r>
            <w:r w:rsidR="00DD53F5" w:rsidRPr="0055185F">
              <w:rPr>
                <w:rFonts w:ascii="Times New Roman" w:hAnsi="Times New Roman" w:cs="Times New Roman"/>
                <w:sz w:val="20"/>
                <w:szCs w:val="20"/>
              </w:rPr>
              <w:t>Price</w:t>
            </w:r>
          </w:p>
        </w:tc>
        <w:tc>
          <w:tcPr>
            <w:tcW w:w="2880" w:type="dxa"/>
          </w:tcPr>
          <w:p w14:paraId="77F1DC46"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FLOAT</w:t>
            </w:r>
          </w:p>
        </w:tc>
        <w:tc>
          <w:tcPr>
            <w:tcW w:w="2880" w:type="dxa"/>
          </w:tcPr>
          <w:p w14:paraId="149C640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Product price</w:t>
            </w:r>
          </w:p>
        </w:tc>
      </w:tr>
      <w:tr w:rsidR="002D5923" w:rsidRPr="0055185F" w14:paraId="07E31E00" w14:textId="77777777">
        <w:tc>
          <w:tcPr>
            <w:tcW w:w="2880" w:type="dxa"/>
          </w:tcPr>
          <w:p w14:paraId="29DD1145" w14:textId="1BAAAA05" w:rsidR="002D5923" w:rsidRPr="0055185F" w:rsidRDefault="00656E36" w:rsidP="00CE577F">
            <w:pPr>
              <w:spacing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7D494121" wp14:editId="7E9A567D">
                      <wp:simplePos x="0" y="0"/>
                      <wp:positionH relativeFrom="column">
                        <wp:posOffset>-53340</wp:posOffset>
                      </wp:positionH>
                      <wp:positionV relativeFrom="paragraph">
                        <wp:posOffset>330200</wp:posOffset>
                      </wp:positionV>
                      <wp:extent cx="2522220" cy="7620"/>
                      <wp:effectExtent l="38100" t="38100" r="68580" b="87630"/>
                      <wp:wrapNone/>
                      <wp:docPr id="2090999588" name="Straight Connector 17"/>
                      <wp:cNvGraphicFramePr/>
                      <a:graphic xmlns:a="http://schemas.openxmlformats.org/drawingml/2006/main">
                        <a:graphicData uri="http://schemas.microsoft.com/office/word/2010/wordprocessingShape">
                          <wps:wsp>
                            <wps:cNvCnPr/>
                            <wps:spPr>
                              <a:xfrm>
                                <a:off x="0" y="0"/>
                                <a:ext cx="2522220" cy="762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DEDD5" id="Straight Connector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26pt" to="194.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" strokecolor="black [3200]" strokeweight="2pt">
                      <v:shadow on="t" color="black" opacity="24903f" origin=",.5" offset="0,.55556mm"/>
                    </v:line>
                  </w:pict>
                </mc:Fallback>
              </mc:AlternateContent>
            </w:r>
            <w:r w:rsidR="00DD53F5" w:rsidRPr="0055185F">
              <w:rPr>
                <w:rFonts w:ascii="Times New Roman" w:hAnsi="Times New Roman" w:cs="Times New Roman"/>
                <w:sz w:val="20"/>
                <w:szCs w:val="20"/>
              </w:rPr>
              <w:t>Stock</w:t>
            </w:r>
          </w:p>
        </w:tc>
        <w:tc>
          <w:tcPr>
            <w:tcW w:w="2880" w:type="dxa"/>
          </w:tcPr>
          <w:p w14:paraId="20EC5C8F"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26A7A148"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Available stock</w:t>
            </w:r>
          </w:p>
        </w:tc>
      </w:tr>
    </w:tbl>
    <w:p w14:paraId="2F02AD7C" w14:textId="77777777" w:rsidR="002D5923" w:rsidRPr="0055185F" w:rsidRDefault="00646A59" w:rsidP="00CE577F">
      <w:pPr>
        <w:pStyle w:val="Heading3"/>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4.3 Order Table</w:t>
      </w:r>
    </w:p>
    <w:tbl>
      <w:tblPr>
        <w:tblW w:w="0" w:type="auto"/>
        <w:tblLook w:val="04A0" w:firstRow="1" w:lastRow="0" w:firstColumn="1" w:lastColumn="0" w:noHBand="0" w:noVBand="1"/>
      </w:tblPr>
      <w:tblGrid>
        <w:gridCol w:w="952"/>
        <w:gridCol w:w="716"/>
        <w:gridCol w:w="2292"/>
      </w:tblGrid>
      <w:tr w:rsidR="002D5923" w:rsidRPr="0055185F" w14:paraId="533450D2" w14:textId="77777777">
        <w:tc>
          <w:tcPr>
            <w:tcW w:w="2880" w:type="dxa"/>
          </w:tcPr>
          <w:p w14:paraId="14C62C77"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Field</w:t>
            </w:r>
          </w:p>
        </w:tc>
        <w:tc>
          <w:tcPr>
            <w:tcW w:w="2880" w:type="dxa"/>
          </w:tcPr>
          <w:p w14:paraId="11A4907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Type</w:t>
            </w:r>
          </w:p>
        </w:tc>
        <w:tc>
          <w:tcPr>
            <w:tcW w:w="2880" w:type="dxa"/>
          </w:tcPr>
          <w:p w14:paraId="7147311E"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Description</w:t>
            </w:r>
          </w:p>
        </w:tc>
      </w:tr>
      <w:tr w:rsidR="002D5923" w:rsidRPr="0055185F" w14:paraId="41128694" w14:textId="77777777">
        <w:tc>
          <w:tcPr>
            <w:tcW w:w="2880" w:type="dxa"/>
          </w:tcPr>
          <w:p w14:paraId="190D6B1F" w14:textId="77777777" w:rsidR="002D5923" w:rsidRPr="0055185F" w:rsidRDefault="00646A59" w:rsidP="00CE577F">
            <w:pPr>
              <w:spacing w:line="240" w:lineRule="auto"/>
              <w:rPr>
                <w:rFonts w:ascii="Times New Roman" w:hAnsi="Times New Roman" w:cs="Times New Roman"/>
                <w:sz w:val="20"/>
                <w:szCs w:val="20"/>
              </w:rPr>
            </w:pPr>
            <w:proofErr w:type="spellStart"/>
            <w:r w:rsidRPr="0055185F">
              <w:rPr>
                <w:rFonts w:ascii="Times New Roman" w:hAnsi="Times New Roman" w:cs="Times New Roman"/>
                <w:sz w:val="20"/>
                <w:szCs w:val="20"/>
              </w:rPr>
              <w:t>order_id</w:t>
            </w:r>
            <w:proofErr w:type="spellEnd"/>
          </w:p>
        </w:tc>
        <w:tc>
          <w:tcPr>
            <w:tcW w:w="2880" w:type="dxa"/>
          </w:tcPr>
          <w:p w14:paraId="32D34E2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6F6998A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Primary Key</w:t>
            </w:r>
          </w:p>
        </w:tc>
      </w:tr>
      <w:tr w:rsidR="002D5923" w:rsidRPr="0055185F" w14:paraId="123037A1" w14:textId="77777777">
        <w:tc>
          <w:tcPr>
            <w:tcW w:w="2880" w:type="dxa"/>
          </w:tcPr>
          <w:p w14:paraId="7EC1A6EA"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user_id</w:t>
            </w:r>
          </w:p>
        </w:tc>
        <w:tc>
          <w:tcPr>
            <w:tcW w:w="2880" w:type="dxa"/>
          </w:tcPr>
          <w:p w14:paraId="662D665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76BB8026"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Foreign Key (User)</w:t>
            </w:r>
          </w:p>
        </w:tc>
      </w:tr>
      <w:tr w:rsidR="002D5923" w:rsidRPr="0055185F" w14:paraId="46C3A969" w14:textId="77777777">
        <w:tc>
          <w:tcPr>
            <w:tcW w:w="2880" w:type="dxa"/>
          </w:tcPr>
          <w:p w14:paraId="5ED2DED9" w14:textId="77777777" w:rsidR="002D5923" w:rsidRPr="0055185F" w:rsidRDefault="00646A59" w:rsidP="00CE577F">
            <w:pPr>
              <w:spacing w:line="240" w:lineRule="auto"/>
              <w:rPr>
                <w:rFonts w:ascii="Times New Roman" w:hAnsi="Times New Roman" w:cs="Times New Roman"/>
                <w:sz w:val="20"/>
                <w:szCs w:val="20"/>
              </w:rPr>
            </w:pPr>
            <w:proofErr w:type="spellStart"/>
            <w:r w:rsidRPr="0055185F">
              <w:rPr>
                <w:rFonts w:ascii="Times New Roman" w:hAnsi="Times New Roman" w:cs="Times New Roman"/>
                <w:sz w:val="20"/>
                <w:szCs w:val="20"/>
              </w:rPr>
              <w:t>product_id</w:t>
            </w:r>
            <w:proofErr w:type="spellEnd"/>
          </w:p>
        </w:tc>
        <w:tc>
          <w:tcPr>
            <w:tcW w:w="2880" w:type="dxa"/>
          </w:tcPr>
          <w:p w14:paraId="5ABC0FFC"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INT</w:t>
            </w:r>
          </w:p>
        </w:tc>
        <w:tc>
          <w:tcPr>
            <w:tcW w:w="2880" w:type="dxa"/>
          </w:tcPr>
          <w:p w14:paraId="7BBE18A0"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Foreign Key (Product)</w:t>
            </w:r>
          </w:p>
        </w:tc>
      </w:tr>
      <w:tr w:rsidR="002D5923" w:rsidRPr="0055185F" w14:paraId="6294945D" w14:textId="77777777">
        <w:tc>
          <w:tcPr>
            <w:tcW w:w="2880" w:type="dxa"/>
          </w:tcPr>
          <w:p w14:paraId="5B470193" w14:textId="408BE001" w:rsidR="002D5923" w:rsidRPr="0055185F" w:rsidRDefault="00DD53F5"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Status</w:t>
            </w:r>
          </w:p>
        </w:tc>
        <w:tc>
          <w:tcPr>
            <w:tcW w:w="2880" w:type="dxa"/>
          </w:tcPr>
          <w:p w14:paraId="4E145BD6"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ENUM</w:t>
            </w:r>
          </w:p>
        </w:tc>
        <w:tc>
          <w:tcPr>
            <w:tcW w:w="2880" w:type="dxa"/>
          </w:tcPr>
          <w:p w14:paraId="7E140F1C"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Pending/Completed/Cancelled</w:t>
            </w:r>
          </w:p>
        </w:tc>
      </w:tr>
    </w:tbl>
    <w:p w14:paraId="790CA2E7" w14:textId="77777777" w:rsidR="002D5923" w:rsidRPr="0055185F" w:rsidRDefault="00646A59" w:rsidP="00CE577F">
      <w:pPr>
        <w:pStyle w:val="Heading2"/>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5. Security Measures</w:t>
      </w:r>
    </w:p>
    <w:p w14:paraId="74D26011"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User Authentication: JWT-based authentication for secure login.</w:t>
      </w:r>
    </w:p>
    <w:p w14:paraId="45BC589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lastRenderedPageBreak/>
        <w:t xml:space="preserve">- Data Encryption: Passwords stored using </w:t>
      </w:r>
      <w:proofErr w:type="spellStart"/>
      <w:r w:rsidRPr="0055185F">
        <w:rPr>
          <w:rFonts w:ascii="Times New Roman" w:hAnsi="Times New Roman" w:cs="Times New Roman"/>
          <w:sz w:val="20"/>
          <w:szCs w:val="20"/>
        </w:rPr>
        <w:t>bcrypt</w:t>
      </w:r>
      <w:proofErr w:type="spellEnd"/>
      <w:r w:rsidRPr="0055185F">
        <w:rPr>
          <w:rFonts w:ascii="Times New Roman" w:hAnsi="Times New Roman" w:cs="Times New Roman"/>
          <w:sz w:val="20"/>
          <w:szCs w:val="20"/>
        </w:rPr>
        <w:t xml:space="preserve"> hashing.</w:t>
      </w:r>
    </w:p>
    <w:p w14:paraId="659FB920"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Secure Payments: Stripe API for handling transactions.</w:t>
      </w:r>
    </w:p>
    <w:p w14:paraId="3B8DEEC5"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CSRF &amp; SQL Injection Protection: Using security middleware in Express.js.</w:t>
      </w:r>
    </w:p>
    <w:p w14:paraId="4F0DD5DB" w14:textId="77777777" w:rsidR="002D5923" w:rsidRPr="0055185F" w:rsidRDefault="00646A59" w:rsidP="00CE577F">
      <w:pPr>
        <w:pStyle w:val="Heading2"/>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6. Implementation Steps</w:t>
      </w:r>
    </w:p>
    <w:p w14:paraId="60D207AD"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1. Frontend Development: UI created using React.js and Tailwind CSS.</w:t>
      </w:r>
    </w:p>
    <w:p w14:paraId="747D5EDF"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2. Backend Development: REST API endpoints built using Express.js.</w:t>
      </w:r>
    </w:p>
    <w:p w14:paraId="08AD87DA"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3. Database Integration: Using MongoDB with Mongoose ORM.</w:t>
      </w:r>
    </w:p>
    <w:p w14:paraId="04416CF9"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4. Authentication: Firebase Auth and JWT for login/logout.</w:t>
      </w:r>
    </w:p>
    <w:p w14:paraId="5CFE3777"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5. Payment Integration: Implementing Stripe for transactions.</w:t>
      </w:r>
    </w:p>
    <w:p w14:paraId="1FA2B41D"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6. Testing &amp; Debugging: Using Jest and Postman for API testing.</w:t>
      </w:r>
    </w:p>
    <w:p w14:paraId="3FE474E2"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7. Deployment: Hosting on AWS (EC2, S3) and frontend on Vercel.</w:t>
      </w:r>
    </w:p>
    <w:p w14:paraId="3A64CC5B" w14:textId="77777777" w:rsidR="002D5923" w:rsidRPr="0055185F" w:rsidRDefault="00646A59" w:rsidP="00CE577F">
      <w:pPr>
        <w:pStyle w:val="Heading2"/>
        <w:spacing w:line="240" w:lineRule="auto"/>
        <w:rPr>
          <w:rFonts w:ascii="Times New Roman" w:hAnsi="Times New Roman" w:cs="Times New Roman"/>
          <w:color w:val="auto"/>
          <w:sz w:val="20"/>
          <w:szCs w:val="20"/>
        </w:rPr>
      </w:pPr>
      <w:r w:rsidRPr="0055185F">
        <w:rPr>
          <w:rFonts w:ascii="Times New Roman" w:hAnsi="Times New Roman" w:cs="Times New Roman"/>
          <w:color w:val="auto"/>
          <w:sz w:val="20"/>
          <w:szCs w:val="20"/>
        </w:rPr>
        <w:t>7. Testing &amp; Performance Optimization</w:t>
      </w:r>
    </w:p>
    <w:p w14:paraId="4800991F"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Unit Testing: Using Jest for backend and React Testing Library for frontend.</w:t>
      </w:r>
    </w:p>
    <w:p w14:paraId="59FF20D6"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Load Testing: Using Apache JMeter for performance analysis.</w:t>
      </w:r>
    </w:p>
    <w:p w14:paraId="2B9BA522"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Caching: Implemented Redis for session caching.</w:t>
      </w:r>
    </w:p>
    <w:p w14:paraId="0D1AD8B4"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xml:space="preserve">- Image Optimization: Using </w:t>
      </w:r>
      <w:proofErr w:type="spellStart"/>
      <w:r w:rsidRPr="0055185F">
        <w:rPr>
          <w:rFonts w:ascii="Times New Roman" w:hAnsi="Times New Roman" w:cs="Times New Roman"/>
          <w:sz w:val="20"/>
          <w:szCs w:val="20"/>
        </w:rPr>
        <w:t>Cloudinary</w:t>
      </w:r>
      <w:proofErr w:type="spellEnd"/>
      <w:r w:rsidRPr="0055185F">
        <w:rPr>
          <w:rFonts w:ascii="Times New Roman" w:hAnsi="Times New Roman" w:cs="Times New Roman"/>
          <w:sz w:val="20"/>
          <w:szCs w:val="20"/>
        </w:rPr>
        <w:t xml:space="preserve"> for storing and serving images.</w:t>
      </w:r>
    </w:p>
    <w:p w14:paraId="59F83294" w14:textId="77777777" w:rsidR="002D5923" w:rsidRPr="0055185F" w:rsidRDefault="00646A59" w:rsidP="00CE577F">
      <w:pPr>
        <w:pStyle w:val="Heading2"/>
        <w:spacing w:line="240" w:lineRule="auto"/>
        <w:rPr>
          <w:rFonts w:ascii="Times New Roman" w:hAnsi="Times New Roman" w:cs="Times New Roman"/>
          <w:sz w:val="20"/>
          <w:szCs w:val="20"/>
        </w:rPr>
      </w:pPr>
      <w:r w:rsidRPr="0055185F">
        <w:rPr>
          <w:rFonts w:ascii="Times New Roman" w:hAnsi="Times New Roman" w:cs="Times New Roman"/>
          <w:color w:val="auto"/>
          <w:sz w:val="20"/>
          <w:szCs w:val="20"/>
        </w:rPr>
        <w:t>8. Deployment Strategy</w:t>
      </w:r>
    </w:p>
    <w:p w14:paraId="21B932A8" w14:textId="01F3A647" w:rsidR="002D5923" w:rsidRPr="0055185F" w:rsidRDefault="00CE577F"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+1. Frontend Deployment: Hosted on Vercel/Netlify.</w:t>
      </w:r>
    </w:p>
    <w:p w14:paraId="58D9172B"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2. Backend Deployment: Deployed on AWS EC2 with a load balancer.</w:t>
      </w:r>
    </w:p>
    <w:p w14:paraId="1B5AB90B"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3. Database Hosting: MongoDB Atlas for cloud storage.</w:t>
      </w:r>
    </w:p>
    <w:p w14:paraId="0279AE78" w14:textId="77777777"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4. CI/CD Pipeline: GitHub Actions for automated deployment.</w:t>
      </w:r>
    </w:p>
    <w:p w14:paraId="38CA5304" w14:textId="5C7DC36C" w:rsidR="00467CC6" w:rsidRPr="0055185F" w:rsidRDefault="00467CC6"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Result And Discussions</w:t>
      </w:r>
    </w:p>
    <w:p w14:paraId="2894FAFE" w14:textId="13003DD4" w:rsidR="00DD53F5" w:rsidRPr="0055185F" w:rsidRDefault="00DD53F5" w:rsidP="00CE577F">
      <w:pPr>
        <w:spacing w:line="240" w:lineRule="auto"/>
        <w:rPr>
          <w:rFonts w:ascii="Times New Roman" w:hAnsi="Times New Roman" w:cs="Times New Roman"/>
          <w:b/>
          <w:bCs/>
          <w:sz w:val="20"/>
          <w:szCs w:val="20"/>
        </w:rPr>
      </w:pPr>
      <w:r w:rsidRPr="0055185F">
        <w:rPr>
          <w:rFonts w:ascii="Times New Roman" w:hAnsi="Times New Roman" w:cs="Times New Roman"/>
          <w:b/>
          <w:bCs/>
          <w:sz w:val="20"/>
          <w:szCs w:val="20"/>
        </w:rPr>
        <w:t>Shopping Card Module</w:t>
      </w:r>
    </w:p>
    <w:p w14:paraId="424A8756" w14:textId="77777777" w:rsidR="00467CC6" w:rsidRPr="0055185F" w:rsidRDefault="00467CC6"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 xml:space="preserve">The </w:t>
      </w:r>
      <w:r w:rsidRPr="0055185F">
        <w:rPr>
          <w:rFonts w:ascii="Times New Roman" w:hAnsi="Times New Roman" w:cs="Times New Roman"/>
          <w:b/>
          <w:bCs/>
          <w:sz w:val="20"/>
          <w:szCs w:val="20"/>
        </w:rPr>
        <w:t>Shopping Cart Module</w:t>
      </w:r>
      <w:r w:rsidRPr="0055185F">
        <w:rPr>
          <w:rFonts w:ascii="Times New Roman" w:hAnsi="Times New Roman" w:cs="Times New Roman"/>
          <w:sz w:val="20"/>
          <w:szCs w:val="20"/>
        </w:rPr>
        <w:t xml:space="preserve"> enables users to add, update, or remove items from their cart while displaying real-time pricing and totals. It ensures a seamless transition to checkout with cart persistence across sessions for logged-in users.</w:t>
      </w:r>
    </w:p>
    <w:p w14:paraId="3DF535C2" w14:textId="29D52D88" w:rsidR="00467CC6" w:rsidRPr="0055185F" w:rsidRDefault="00467CC6" w:rsidP="00CE577F">
      <w:pPr>
        <w:spacing w:line="240" w:lineRule="auto"/>
        <w:rPr>
          <w:rFonts w:ascii="Times New Roman" w:hAnsi="Times New Roman" w:cs="Times New Roman"/>
          <w:sz w:val="20"/>
          <w:szCs w:val="20"/>
        </w:rPr>
      </w:pPr>
      <w:r w:rsidRPr="0055185F">
        <w:rPr>
          <w:rFonts w:ascii="Times New Roman" w:hAnsi="Times New Roman" w:cs="Times New Roman"/>
          <w:noProof/>
          <w:sz w:val="20"/>
          <w:szCs w:val="20"/>
        </w:rPr>
        <w:drawing>
          <wp:inline distT="0" distB="0" distL="0" distR="0" wp14:anchorId="72409212" wp14:editId="3230AA4F">
            <wp:extent cx="3087329" cy="1930399"/>
            <wp:effectExtent l="0" t="0" r="0" b="0"/>
            <wp:docPr id="5" name="Picture 4">
              <a:extLst xmlns:a="http://schemas.openxmlformats.org/drawingml/2006/main">
                <a:ext uri="{FF2B5EF4-FFF2-40B4-BE49-F238E27FC236}">
                  <a16:creationId xmlns:a16="http://schemas.microsoft.com/office/drawing/2014/main" id="{B9CE55EC-0BCB-7760-AFD3-8853E2819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9CE55EC-0BCB-7760-AFD3-8853E28192BE}"/>
                        </a:ext>
                      </a:extLst>
                    </pic:cNvPr>
                    <pic:cNvPicPr>
                      <a:picLocks noChangeAspect="1"/>
                    </pic:cNvPicPr>
                  </pic:nvPicPr>
                  <pic:blipFill>
                    <a:blip r:embed="rId7"/>
                    <a:stretch>
                      <a:fillRect/>
                    </a:stretch>
                  </pic:blipFill>
                  <pic:spPr>
                    <a:xfrm>
                      <a:off x="0" y="0"/>
                      <a:ext cx="3087329" cy="1930399"/>
                    </a:xfrm>
                    <a:prstGeom prst="rect">
                      <a:avLst/>
                    </a:prstGeom>
                  </pic:spPr>
                </pic:pic>
              </a:graphicData>
            </a:graphic>
          </wp:inline>
        </w:drawing>
      </w:r>
    </w:p>
    <w:p w14:paraId="7F73B620" w14:textId="0D3A713D" w:rsidR="00DD53F5" w:rsidRPr="0055185F" w:rsidRDefault="00DD53F5" w:rsidP="00CE577F">
      <w:pPr>
        <w:spacing w:line="240" w:lineRule="auto"/>
        <w:rPr>
          <w:rFonts w:ascii="Times New Roman" w:hAnsi="Times New Roman" w:cs="Times New Roman"/>
          <w:b/>
          <w:bCs/>
          <w:sz w:val="20"/>
          <w:szCs w:val="20"/>
        </w:rPr>
      </w:pPr>
      <w:r w:rsidRPr="0055185F">
        <w:rPr>
          <w:rFonts w:ascii="Times New Roman" w:hAnsi="Times New Roman" w:cs="Times New Roman"/>
          <w:b/>
          <w:bCs/>
          <w:sz w:val="20"/>
          <w:szCs w:val="20"/>
        </w:rPr>
        <w:t>Product Catalog Module</w:t>
      </w:r>
    </w:p>
    <w:p w14:paraId="58F5EE70" w14:textId="77777777" w:rsidR="00CA00BB" w:rsidRPr="0055185F" w:rsidRDefault="00467CC6"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The Product Catalog Module allows users to browse products easily with categories, filters, and detailed product information. It ensures smooth navigation, real-time inventory management, and supports promotions to enhance the shopping experience.</w:t>
      </w:r>
    </w:p>
    <w:p w14:paraId="31B2EA9C" w14:textId="13FFD75E" w:rsidR="00467CC6" w:rsidRPr="0055185F" w:rsidRDefault="00467CC6" w:rsidP="00CE577F">
      <w:pPr>
        <w:spacing w:line="240" w:lineRule="auto"/>
        <w:rPr>
          <w:rFonts w:ascii="Times New Roman" w:hAnsi="Times New Roman" w:cs="Times New Roman"/>
          <w:sz w:val="20"/>
          <w:szCs w:val="20"/>
        </w:rPr>
      </w:pPr>
      <w:r w:rsidRPr="0055185F">
        <w:rPr>
          <w:rFonts w:ascii="Times New Roman" w:hAnsi="Times New Roman" w:cs="Times New Roman"/>
          <w:noProof/>
          <w:sz w:val="20"/>
          <w:szCs w:val="20"/>
        </w:rPr>
        <w:t xml:space="preserve"> </w:t>
      </w:r>
      <w:r w:rsidRPr="0055185F">
        <w:rPr>
          <w:rFonts w:ascii="Times New Roman" w:hAnsi="Times New Roman" w:cs="Times New Roman"/>
          <w:noProof/>
          <w:sz w:val="20"/>
          <w:szCs w:val="20"/>
        </w:rPr>
        <w:drawing>
          <wp:inline distT="0" distB="0" distL="0" distR="0" wp14:anchorId="2C105BD5" wp14:editId="0A9FB2F4">
            <wp:extent cx="3446492" cy="1704247"/>
            <wp:effectExtent l="0" t="0" r="1905" b="0"/>
            <wp:docPr id="1508890213" name="Picture 4">
              <a:extLst xmlns:a="http://schemas.openxmlformats.org/drawingml/2006/main">
                <a:ext uri="{FF2B5EF4-FFF2-40B4-BE49-F238E27FC236}">
                  <a16:creationId xmlns:a16="http://schemas.microsoft.com/office/drawing/2014/main" id="{026D3FDF-FD0F-CCC8-6AE7-B6E731B7AA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26D3FDF-FD0F-CCC8-6AE7-B6E731B7AA52}"/>
                        </a:ext>
                      </a:extLst>
                    </pic:cNvPr>
                    <pic:cNvPicPr>
                      <a:picLocks noChangeAspect="1"/>
                    </pic:cNvPicPr>
                  </pic:nvPicPr>
                  <pic:blipFill>
                    <a:blip r:embed="rId8"/>
                    <a:stretch>
                      <a:fillRect/>
                    </a:stretch>
                  </pic:blipFill>
                  <pic:spPr>
                    <a:xfrm>
                      <a:off x="0" y="0"/>
                      <a:ext cx="3446492" cy="1704247"/>
                    </a:xfrm>
                    <a:prstGeom prst="rect">
                      <a:avLst/>
                    </a:prstGeom>
                  </pic:spPr>
                </pic:pic>
              </a:graphicData>
            </a:graphic>
          </wp:inline>
        </w:drawing>
      </w:r>
    </w:p>
    <w:p w14:paraId="192949A8" w14:textId="4104C298" w:rsidR="00CA00BB" w:rsidRPr="0055185F" w:rsidRDefault="00CA00BB" w:rsidP="00CE577F">
      <w:pPr>
        <w:spacing w:line="240" w:lineRule="auto"/>
        <w:rPr>
          <w:rFonts w:ascii="Times New Roman" w:hAnsi="Times New Roman" w:cs="Times New Roman"/>
          <w:b/>
          <w:bCs/>
          <w:sz w:val="20"/>
          <w:szCs w:val="20"/>
        </w:rPr>
      </w:pPr>
      <w:r w:rsidRPr="0055185F">
        <w:rPr>
          <w:rFonts w:ascii="Times New Roman" w:hAnsi="Times New Roman" w:cs="Times New Roman"/>
          <w:b/>
          <w:bCs/>
          <w:sz w:val="20"/>
          <w:szCs w:val="20"/>
        </w:rPr>
        <w:t>Checkout and Payment Module</w:t>
      </w:r>
    </w:p>
    <w:p w14:paraId="146D85C1" w14:textId="41812F49" w:rsidR="00DD53F5" w:rsidRPr="0055185F" w:rsidRDefault="00CA00BB" w:rsidP="00CE577F">
      <w:pPr>
        <w:spacing w:line="240" w:lineRule="auto"/>
        <w:rPr>
          <w:rFonts w:ascii="Times New Roman" w:hAnsi="Times New Roman" w:cs="Times New Roman"/>
          <w:sz w:val="20"/>
          <w:szCs w:val="20"/>
        </w:rPr>
      </w:pPr>
      <w:r w:rsidRPr="0055185F">
        <w:rPr>
          <w:rFonts w:ascii="Times New Roman" w:hAnsi="Times New Roman" w:cs="Times New Roman"/>
          <w:noProof/>
          <w:sz w:val="20"/>
          <w:szCs w:val="20"/>
        </w:rPr>
        <w:lastRenderedPageBreak/>
        <w:drawing>
          <wp:anchor distT="0" distB="0" distL="114300" distR="114300" simplePos="0" relativeHeight="251658240" behindDoc="1" locked="0" layoutInCell="1" allowOverlap="1" wp14:anchorId="44B2881D" wp14:editId="31A5C34F">
            <wp:simplePos x="0" y="0"/>
            <wp:positionH relativeFrom="column">
              <wp:posOffset>-45720</wp:posOffset>
            </wp:positionH>
            <wp:positionV relativeFrom="paragraph">
              <wp:posOffset>1597025</wp:posOffset>
            </wp:positionV>
            <wp:extent cx="2853690" cy="1607820"/>
            <wp:effectExtent l="0" t="0" r="3810" b="0"/>
            <wp:wrapThrough wrapText="bothSides">
              <wp:wrapPolygon edited="0">
                <wp:start x="0" y="0"/>
                <wp:lineTo x="0" y="21242"/>
                <wp:lineTo x="21485" y="21242"/>
                <wp:lineTo x="21485" y="0"/>
                <wp:lineTo x="0" y="0"/>
              </wp:wrapPolygon>
            </wp:wrapThrough>
            <wp:docPr id="202108546" name="Picture 4">
              <a:extLst xmlns:a="http://schemas.openxmlformats.org/drawingml/2006/main">
                <a:ext uri="{FF2B5EF4-FFF2-40B4-BE49-F238E27FC236}">
                  <a16:creationId xmlns:a16="http://schemas.microsoft.com/office/drawing/2014/main" id="{08258AD5-10D4-030B-8368-54CA18799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8258AD5-10D4-030B-8368-54CA18799D26}"/>
                        </a:ext>
                      </a:extLst>
                    </pic:cNvPr>
                    <pic:cNvPicPr>
                      <a:picLocks noChangeAspect="1"/>
                    </pic:cNvPicPr>
                  </pic:nvPicPr>
                  <pic:blipFill>
                    <a:blip r:embed="rId9"/>
                    <a:stretch>
                      <a:fillRect/>
                    </a:stretch>
                  </pic:blipFill>
                  <pic:spPr>
                    <a:xfrm>
                      <a:off x="0" y="0"/>
                      <a:ext cx="2853690" cy="1607820"/>
                    </a:xfrm>
                    <a:prstGeom prst="rect">
                      <a:avLst/>
                    </a:prstGeom>
                  </pic:spPr>
                </pic:pic>
              </a:graphicData>
            </a:graphic>
            <wp14:sizeRelH relativeFrom="margin">
              <wp14:pctWidth>0</wp14:pctWidth>
            </wp14:sizeRelH>
            <wp14:sizeRelV relativeFrom="margin">
              <wp14:pctHeight>0</wp14:pctHeight>
            </wp14:sizeRelV>
          </wp:anchor>
        </w:drawing>
      </w:r>
      <w:r w:rsidR="00DD53F5" w:rsidRPr="0055185F">
        <w:rPr>
          <w:rFonts w:ascii="Times New Roman" w:hAnsi="Times New Roman" w:cs="Times New Roman"/>
          <w:sz w:val="20"/>
          <w:szCs w:val="20"/>
        </w:rPr>
        <w:t xml:space="preserve">The </w:t>
      </w:r>
      <w:r w:rsidR="00DD53F5" w:rsidRPr="0055185F">
        <w:rPr>
          <w:rFonts w:ascii="Times New Roman" w:hAnsi="Times New Roman" w:cs="Times New Roman"/>
          <w:b/>
          <w:bCs/>
          <w:sz w:val="20"/>
          <w:szCs w:val="20"/>
        </w:rPr>
        <w:t>Checkout and Payment Module</w:t>
      </w:r>
      <w:r w:rsidR="00DD53F5" w:rsidRPr="0055185F">
        <w:rPr>
          <w:rFonts w:ascii="Times New Roman" w:hAnsi="Times New Roman" w:cs="Times New Roman"/>
          <w:sz w:val="20"/>
          <w:szCs w:val="20"/>
        </w:rPr>
        <w:t xml:space="preserve"> streamlines the process of collecting shipping details and securely handling payments through integrated gateways. It provides users with a clear order summary and generates receipts upon successful purchase.</w:t>
      </w:r>
      <w:r w:rsidR="00DD53F5" w:rsidRPr="0055185F">
        <w:rPr>
          <w:rFonts w:ascii="Times New Roman" w:hAnsi="Times New Roman" w:cs="Times New Roman"/>
          <w:noProof/>
          <w:sz w:val="20"/>
          <w:szCs w:val="20"/>
        </w:rPr>
        <w:t xml:space="preserve"> </w:t>
      </w:r>
    </w:p>
    <w:p w14:paraId="6A933324" w14:textId="77777777" w:rsidR="00467CC6" w:rsidRPr="0055185F" w:rsidRDefault="00467CC6" w:rsidP="00CE577F">
      <w:pPr>
        <w:spacing w:line="240" w:lineRule="auto"/>
        <w:rPr>
          <w:rFonts w:ascii="Times New Roman" w:hAnsi="Times New Roman" w:cs="Times New Roman"/>
          <w:sz w:val="20"/>
          <w:szCs w:val="20"/>
          <w:lang w:val="en-IN"/>
        </w:rPr>
      </w:pPr>
    </w:p>
    <w:p w14:paraId="39480355" w14:textId="77777777" w:rsidR="00467CC6" w:rsidRPr="0055185F" w:rsidRDefault="00467CC6" w:rsidP="00CE577F">
      <w:pPr>
        <w:spacing w:line="240" w:lineRule="auto"/>
        <w:rPr>
          <w:rFonts w:ascii="Times New Roman" w:hAnsi="Times New Roman" w:cs="Times New Roman"/>
          <w:sz w:val="20"/>
          <w:szCs w:val="20"/>
        </w:rPr>
      </w:pPr>
    </w:p>
    <w:p w14:paraId="1126F269" w14:textId="77777777" w:rsidR="002D5923" w:rsidRPr="0055185F" w:rsidRDefault="00646A59" w:rsidP="00CE577F">
      <w:pPr>
        <w:pStyle w:val="Heading2"/>
        <w:spacing w:line="240" w:lineRule="auto"/>
        <w:rPr>
          <w:rFonts w:ascii="Times New Roman" w:hAnsi="Times New Roman" w:cs="Times New Roman"/>
          <w:sz w:val="20"/>
          <w:szCs w:val="20"/>
        </w:rPr>
      </w:pPr>
      <w:r w:rsidRPr="0055185F">
        <w:rPr>
          <w:rFonts w:ascii="Times New Roman" w:hAnsi="Times New Roman" w:cs="Times New Roman"/>
          <w:sz w:val="20"/>
          <w:szCs w:val="20"/>
        </w:rPr>
        <w:t>9</w:t>
      </w:r>
      <w:r w:rsidRPr="0055185F">
        <w:rPr>
          <w:rFonts w:ascii="Times New Roman" w:hAnsi="Times New Roman" w:cs="Times New Roman"/>
          <w:color w:val="auto"/>
          <w:sz w:val="20"/>
          <w:szCs w:val="20"/>
        </w:rPr>
        <w:t>. Conclusion</w:t>
      </w:r>
    </w:p>
    <w:p w14:paraId="1E2E5E32" w14:textId="1198CB94" w:rsidR="002D5923" w:rsidRPr="0055185F" w:rsidRDefault="00646A59" w:rsidP="00CE577F">
      <w:pPr>
        <w:spacing w:line="240" w:lineRule="auto"/>
        <w:rPr>
          <w:rFonts w:ascii="Times New Roman" w:hAnsi="Times New Roman" w:cs="Times New Roman"/>
          <w:sz w:val="20"/>
          <w:szCs w:val="20"/>
        </w:rPr>
      </w:pPr>
      <w:r w:rsidRPr="0055185F">
        <w:rPr>
          <w:rFonts w:ascii="Times New Roman" w:hAnsi="Times New Roman" w:cs="Times New Roman"/>
          <w:sz w:val="20"/>
          <w:szCs w:val="20"/>
        </w:rPr>
        <w:t>The e-commerce website was successfully implemented using a modern tech stack. The system ensures scalability, security, and efficiency, making it suitable for real-world applications. Future improvements may include AI-based recommendations and progressive web app (PWA) support.</w:t>
      </w:r>
      <w:r w:rsidR="00467CC6" w:rsidRPr="0055185F">
        <w:rPr>
          <w:rFonts w:ascii="Times New Roman" w:hAnsi="Times New Roman" w:cs="Times New Roman"/>
          <w:noProof/>
          <w:sz w:val="20"/>
          <w:szCs w:val="20"/>
        </w:rPr>
        <w:t xml:space="preserve"> </w:t>
      </w:r>
    </w:p>
    <w:p w14:paraId="6ABFCAD3" w14:textId="0930A523" w:rsidR="00FA4BAF" w:rsidRPr="0055185F" w:rsidRDefault="00FA4BAF" w:rsidP="00CE577F">
      <w:pPr>
        <w:spacing w:line="240" w:lineRule="auto"/>
        <w:rPr>
          <w:rFonts w:ascii="Times New Roman" w:hAnsi="Times New Roman" w:cs="Times New Roman"/>
          <w:b/>
          <w:bCs/>
          <w:sz w:val="20"/>
          <w:szCs w:val="20"/>
        </w:rPr>
      </w:pPr>
      <w:r w:rsidRPr="0055185F">
        <w:rPr>
          <w:rFonts w:ascii="Times New Roman" w:hAnsi="Times New Roman" w:cs="Times New Roman"/>
          <w:b/>
          <w:bCs/>
          <w:sz w:val="20"/>
          <w:szCs w:val="20"/>
        </w:rPr>
        <w:t>REFERENCES</w:t>
      </w:r>
    </w:p>
    <w:p w14:paraId="0E06ACAC" w14:textId="75011184" w:rsidR="00467CC6" w:rsidRPr="0055185F" w:rsidRDefault="00FA4BAF" w:rsidP="00CE577F">
      <w:pPr>
        <w:spacing w:after="0" w:line="240" w:lineRule="auto"/>
        <w:ind w:right="284"/>
        <w:contextualSpacing/>
        <w:jc w:val="both"/>
        <w:rPr>
          <w:rFonts w:ascii="Times New Roman" w:hAnsi="Times New Roman" w:cs="Times New Roman"/>
          <w:sz w:val="20"/>
          <w:szCs w:val="20"/>
        </w:rPr>
      </w:pPr>
      <w:r w:rsidRPr="0055185F">
        <w:rPr>
          <w:rFonts w:ascii="Times New Roman" w:hAnsi="Times New Roman" w:cs="Times New Roman"/>
          <w:sz w:val="20"/>
          <w:szCs w:val="20"/>
        </w:rPr>
        <w:t>[1]</w:t>
      </w:r>
      <w:r w:rsidR="00467CC6" w:rsidRPr="0055185F">
        <w:rPr>
          <w:rFonts w:ascii="Times New Roman" w:hAnsi="Times New Roman" w:cs="Times New Roman"/>
          <w:sz w:val="20"/>
          <w:szCs w:val="20"/>
        </w:rPr>
        <w:t xml:space="preserve"> B. Wilson, </w:t>
      </w:r>
      <w:r w:rsidR="00467CC6" w:rsidRPr="0055185F">
        <w:rPr>
          <w:rFonts w:ascii="Times New Roman" w:hAnsi="Times New Roman" w:cs="Times New Roman"/>
          <w:i/>
          <w:iCs/>
          <w:sz w:val="20"/>
          <w:szCs w:val="20"/>
        </w:rPr>
        <w:t>Full Stack Development with MongoDB, Express, React, and Node: Build powerful full-stack applications using the most popular JavaScript framework</w:t>
      </w:r>
      <w:r w:rsidR="00467CC6" w:rsidRPr="0055185F">
        <w:rPr>
          <w:rFonts w:ascii="Times New Roman" w:hAnsi="Times New Roman" w:cs="Times New Roman"/>
          <w:sz w:val="20"/>
          <w:szCs w:val="20"/>
        </w:rPr>
        <w:t>, Packt Publishing, 2024.</w:t>
      </w:r>
    </w:p>
    <w:p w14:paraId="61878E3B" w14:textId="58F91F65" w:rsidR="00467CC6" w:rsidRPr="0055185F" w:rsidRDefault="00467CC6" w:rsidP="00CE577F">
      <w:pPr>
        <w:spacing w:after="0" w:line="240" w:lineRule="auto"/>
        <w:ind w:right="284"/>
        <w:contextualSpacing/>
        <w:jc w:val="both"/>
        <w:rPr>
          <w:rFonts w:ascii="Times New Roman" w:hAnsi="Times New Roman" w:cs="Times New Roman"/>
          <w:sz w:val="20"/>
          <w:szCs w:val="20"/>
        </w:rPr>
      </w:pPr>
      <w:r w:rsidRPr="0055185F">
        <w:rPr>
          <w:rFonts w:ascii="Times New Roman" w:hAnsi="Times New Roman" w:cs="Times New Roman"/>
          <w:sz w:val="20"/>
          <w:szCs w:val="20"/>
        </w:rPr>
        <w:t xml:space="preserve">[2] A. Sornam and V. Kanimozhi, "E-Commerce Platform Implementation Using MERN Stack," </w:t>
      </w:r>
      <w:r w:rsidRPr="0055185F">
        <w:rPr>
          <w:rFonts w:ascii="Times New Roman" w:hAnsi="Times New Roman" w:cs="Times New Roman"/>
          <w:i/>
          <w:iCs/>
          <w:sz w:val="20"/>
          <w:szCs w:val="20"/>
        </w:rPr>
        <w:t>International Journal of Computer Science and Mobile Applications</w:t>
      </w:r>
      <w:r w:rsidRPr="0055185F">
        <w:rPr>
          <w:rFonts w:ascii="Times New Roman" w:hAnsi="Times New Roman" w:cs="Times New Roman"/>
          <w:sz w:val="20"/>
          <w:szCs w:val="20"/>
        </w:rPr>
        <w:t>, vol. 9, no. 3, pp. 65-72, 2023.</w:t>
      </w:r>
    </w:p>
    <w:p w14:paraId="286845A0" w14:textId="77777777" w:rsidR="00467CC6" w:rsidRPr="0055185F" w:rsidRDefault="00467CC6" w:rsidP="00CE577F">
      <w:pPr>
        <w:spacing w:after="0" w:line="240" w:lineRule="auto"/>
        <w:ind w:right="284"/>
        <w:contextualSpacing/>
        <w:jc w:val="both"/>
        <w:rPr>
          <w:rFonts w:ascii="Times New Roman" w:hAnsi="Times New Roman" w:cs="Times New Roman"/>
          <w:sz w:val="20"/>
          <w:szCs w:val="20"/>
        </w:rPr>
      </w:pPr>
    </w:p>
    <w:p w14:paraId="4343DCF2" w14:textId="77777777" w:rsidR="00467CC6" w:rsidRPr="0055185F" w:rsidRDefault="00467CC6" w:rsidP="00CE577F">
      <w:pPr>
        <w:spacing w:after="0" w:line="240" w:lineRule="auto"/>
        <w:ind w:right="284"/>
        <w:contextualSpacing/>
        <w:jc w:val="both"/>
        <w:rPr>
          <w:rFonts w:ascii="Times New Roman" w:hAnsi="Times New Roman" w:cs="Times New Roman"/>
          <w:sz w:val="20"/>
          <w:szCs w:val="20"/>
        </w:rPr>
      </w:pPr>
      <w:r w:rsidRPr="0055185F">
        <w:rPr>
          <w:rFonts w:ascii="Times New Roman" w:hAnsi="Times New Roman" w:cs="Times New Roman"/>
          <w:sz w:val="20"/>
          <w:szCs w:val="20"/>
        </w:rPr>
        <w:t xml:space="preserve">[3] P. Symeonidis and E. Theodoridis, </w:t>
      </w:r>
      <w:r w:rsidRPr="0055185F">
        <w:rPr>
          <w:rFonts w:ascii="Times New Roman" w:hAnsi="Times New Roman" w:cs="Times New Roman"/>
          <w:i/>
          <w:iCs/>
          <w:sz w:val="20"/>
          <w:szCs w:val="20"/>
        </w:rPr>
        <w:t>Learning Redux: Build consistent web apps with Redux by managing state</w:t>
      </w:r>
      <w:r w:rsidRPr="0055185F">
        <w:rPr>
          <w:rFonts w:ascii="Times New Roman" w:hAnsi="Times New Roman" w:cs="Times New Roman"/>
          <w:sz w:val="20"/>
          <w:szCs w:val="20"/>
        </w:rPr>
        <w:t>, Packt Publishing, 2023.</w:t>
      </w:r>
    </w:p>
    <w:p w14:paraId="1D80173E" w14:textId="77777777" w:rsidR="00467CC6" w:rsidRPr="0055185F" w:rsidRDefault="00467CC6" w:rsidP="00CE577F">
      <w:pPr>
        <w:spacing w:after="0" w:line="240" w:lineRule="auto"/>
        <w:ind w:right="284"/>
        <w:contextualSpacing/>
        <w:jc w:val="both"/>
        <w:rPr>
          <w:rFonts w:ascii="Times New Roman" w:hAnsi="Times New Roman" w:cs="Times New Roman"/>
          <w:sz w:val="20"/>
          <w:szCs w:val="20"/>
        </w:rPr>
      </w:pPr>
    </w:p>
    <w:p w14:paraId="56086B81" w14:textId="77777777" w:rsidR="00467CC6" w:rsidRDefault="00467CC6" w:rsidP="00CE577F">
      <w:pPr>
        <w:spacing w:after="0" w:line="240" w:lineRule="auto"/>
        <w:ind w:right="284"/>
        <w:contextualSpacing/>
        <w:jc w:val="both"/>
        <w:rPr>
          <w:rFonts w:ascii="Times New Roman" w:hAnsi="Times New Roman" w:cs="Times New Roman"/>
          <w:sz w:val="20"/>
          <w:szCs w:val="20"/>
        </w:rPr>
      </w:pPr>
      <w:r w:rsidRPr="0055185F">
        <w:rPr>
          <w:rFonts w:ascii="Times New Roman" w:hAnsi="Times New Roman" w:cs="Times New Roman"/>
          <w:sz w:val="20"/>
          <w:szCs w:val="20"/>
        </w:rPr>
        <w:t xml:space="preserve">[4] J. M. Schopf and A. K. Gopalan, "The Role of Deployment and Orchestration in Modern Cloud Computing Environments," </w:t>
      </w:r>
      <w:r w:rsidRPr="0055185F">
        <w:rPr>
          <w:rFonts w:ascii="Times New Roman" w:hAnsi="Times New Roman" w:cs="Times New Roman"/>
          <w:i/>
          <w:iCs/>
          <w:sz w:val="20"/>
          <w:szCs w:val="20"/>
        </w:rPr>
        <w:t>IEEE Cloud Computing</w:t>
      </w:r>
      <w:r w:rsidRPr="0055185F">
        <w:rPr>
          <w:rFonts w:ascii="Times New Roman" w:hAnsi="Times New Roman" w:cs="Times New Roman"/>
          <w:sz w:val="20"/>
          <w:szCs w:val="20"/>
        </w:rPr>
        <w:t>, vol. 9, no. 2, pp. 46-55, 2023.</w:t>
      </w:r>
    </w:p>
    <w:p w14:paraId="19A45415" w14:textId="1B1FDF9B" w:rsidR="00CB69BA" w:rsidRPr="00CB69BA" w:rsidRDefault="000044C6" w:rsidP="00CB69BA">
      <w:pPr>
        <w:spacing w:after="0" w:line="240" w:lineRule="auto"/>
        <w:ind w:right="284"/>
        <w:contextualSpacing/>
        <w:jc w:val="both"/>
        <w:rPr>
          <w:rFonts w:ascii="Times New Roman" w:hAnsi="Times New Roman" w:cs="Times New Roman"/>
          <w:sz w:val="20"/>
          <w:szCs w:val="20"/>
          <w:lang w:val="en-IN"/>
        </w:rPr>
      </w:pPr>
      <w:r>
        <w:rPr>
          <w:rFonts w:ascii="Times New Roman" w:hAnsi="Times New Roman" w:cs="Times New Roman"/>
          <w:b/>
          <w:bCs/>
          <w:sz w:val="20"/>
          <w:szCs w:val="20"/>
          <w:lang w:val="en-IN"/>
        </w:rPr>
        <w:t>[</w:t>
      </w:r>
      <w:r w:rsidRPr="000044C6">
        <w:rPr>
          <w:rFonts w:ascii="Times New Roman" w:hAnsi="Times New Roman" w:cs="Times New Roman"/>
          <w:sz w:val="20"/>
          <w:szCs w:val="20"/>
          <w:lang w:val="en-IN"/>
        </w:rPr>
        <w:t>5</w:t>
      </w:r>
      <w:r>
        <w:rPr>
          <w:rFonts w:ascii="Times New Roman" w:hAnsi="Times New Roman" w:cs="Times New Roman"/>
          <w:b/>
          <w:bCs/>
          <w:sz w:val="20"/>
          <w:szCs w:val="20"/>
          <w:lang w:val="en-IN"/>
        </w:rPr>
        <w:t>]</w:t>
      </w:r>
      <w:r w:rsidR="00CB69BA" w:rsidRPr="00CB69BA">
        <w:rPr>
          <w:rFonts w:ascii="Times New Roman" w:hAnsi="Times New Roman" w:cs="Times New Roman"/>
          <w:b/>
          <w:bCs/>
          <w:sz w:val="20"/>
          <w:szCs w:val="20"/>
          <w:lang w:val="en-IN"/>
        </w:rPr>
        <w:t>Laudon, K. C., &amp; Traver, C. G. (2021).</w:t>
      </w:r>
      <w:r w:rsidR="00CB69BA" w:rsidRPr="00CB69BA">
        <w:rPr>
          <w:rFonts w:ascii="Times New Roman" w:hAnsi="Times New Roman" w:cs="Times New Roman"/>
          <w:sz w:val="20"/>
          <w:szCs w:val="20"/>
          <w:lang w:val="en-IN"/>
        </w:rPr>
        <w:t xml:space="preserve"> </w:t>
      </w:r>
      <w:r w:rsidR="00CB69BA" w:rsidRPr="00CB69BA">
        <w:rPr>
          <w:rFonts w:ascii="Times New Roman" w:hAnsi="Times New Roman" w:cs="Times New Roman"/>
          <w:i/>
          <w:iCs/>
          <w:sz w:val="20"/>
          <w:szCs w:val="20"/>
          <w:lang w:val="en-IN"/>
        </w:rPr>
        <w:t>E-commerce: Business, Technology, Society.</w:t>
      </w:r>
      <w:r w:rsidR="00CB69BA" w:rsidRPr="00CB69BA">
        <w:rPr>
          <w:rFonts w:ascii="Times New Roman" w:hAnsi="Times New Roman" w:cs="Times New Roman"/>
          <w:sz w:val="20"/>
          <w:szCs w:val="20"/>
          <w:lang w:val="en-IN"/>
        </w:rPr>
        <w:t xml:space="preserve"> 15th Edition. Pearson.</w:t>
      </w:r>
    </w:p>
    <w:p w14:paraId="503A6726" w14:textId="77777777" w:rsidR="00CB69BA" w:rsidRPr="00CB69BA" w:rsidRDefault="00CB69BA" w:rsidP="00CB69BA">
      <w:pPr>
        <w:numPr>
          <w:ilvl w:val="0"/>
          <w:numId w:val="13"/>
        </w:numPr>
        <w:spacing w:after="0" w:line="240" w:lineRule="auto"/>
        <w:ind w:right="284"/>
        <w:contextualSpacing/>
        <w:jc w:val="both"/>
        <w:rPr>
          <w:rFonts w:ascii="Times New Roman" w:hAnsi="Times New Roman" w:cs="Times New Roman"/>
          <w:sz w:val="20"/>
          <w:szCs w:val="20"/>
          <w:lang w:val="en-IN"/>
        </w:rPr>
      </w:pPr>
      <w:r w:rsidRPr="00CB69BA">
        <w:rPr>
          <w:rFonts w:ascii="Times New Roman" w:hAnsi="Times New Roman" w:cs="Times New Roman"/>
          <w:sz w:val="20"/>
          <w:szCs w:val="20"/>
          <w:lang w:val="en-IN"/>
        </w:rPr>
        <w:t>This book provides a comprehensive overview of e-commerce principles, technologies, and business models, making it an excellent resource for foundational knowledge.</w:t>
      </w:r>
    </w:p>
    <w:p w14:paraId="53718984" w14:textId="77777777" w:rsidR="00B2272C" w:rsidRDefault="00B2272C" w:rsidP="004D5C8D">
      <w:pPr>
        <w:spacing w:after="0" w:line="240" w:lineRule="auto"/>
        <w:ind w:right="284"/>
        <w:contextualSpacing/>
        <w:jc w:val="both"/>
        <w:rPr>
          <w:rFonts w:ascii="Times New Roman" w:hAnsi="Times New Roman" w:cs="Times New Roman"/>
          <w:b/>
          <w:bCs/>
          <w:sz w:val="20"/>
          <w:szCs w:val="20"/>
          <w:lang w:val="en-IN"/>
        </w:rPr>
      </w:pPr>
    </w:p>
    <w:p w14:paraId="083C5AF4" w14:textId="11190901" w:rsidR="004D5C8D" w:rsidRPr="004D5C8D" w:rsidRDefault="000044C6" w:rsidP="004D5C8D">
      <w:pPr>
        <w:spacing w:after="0" w:line="240" w:lineRule="auto"/>
        <w:ind w:right="284"/>
        <w:contextualSpacing/>
        <w:jc w:val="both"/>
        <w:rPr>
          <w:rFonts w:ascii="Times New Roman" w:hAnsi="Times New Roman" w:cs="Times New Roman"/>
          <w:sz w:val="20"/>
          <w:szCs w:val="20"/>
          <w:lang w:val="en-IN"/>
        </w:rPr>
      </w:pPr>
      <w:r w:rsidRPr="000044C6">
        <w:rPr>
          <w:rFonts w:ascii="Times New Roman" w:hAnsi="Times New Roman" w:cs="Times New Roman"/>
          <w:sz w:val="20"/>
          <w:szCs w:val="20"/>
          <w:lang w:val="en-IN"/>
        </w:rPr>
        <w:t>[6]</w:t>
      </w:r>
      <w:r w:rsidR="004D5C8D" w:rsidRPr="004D5C8D">
        <w:rPr>
          <w:rFonts w:ascii="Times New Roman" w:hAnsi="Times New Roman" w:cs="Times New Roman"/>
          <w:b/>
          <w:bCs/>
          <w:sz w:val="20"/>
          <w:szCs w:val="20"/>
          <w:lang w:val="en-IN"/>
        </w:rPr>
        <w:t>Turban, E., King, D., Lee, J. K., &amp; Chung, M. (2018).</w:t>
      </w:r>
      <w:r w:rsidR="004D5C8D" w:rsidRPr="004D5C8D">
        <w:rPr>
          <w:rFonts w:ascii="Times New Roman" w:hAnsi="Times New Roman" w:cs="Times New Roman"/>
          <w:sz w:val="20"/>
          <w:szCs w:val="20"/>
          <w:lang w:val="en-IN"/>
        </w:rPr>
        <w:t xml:space="preserve"> </w:t>
      </w:r>
      <w:r w:rsidR="004D5C8D" w:rsidRPr="004D5C8D">
        <w:rPr>
          <w:rFonts w:ascii="Times New Roman" w:hAnsi="Times New Roman" w:cs="Times New Roman"/>
          <w:i/>
          <w:iCs/>
          <w:sz w:val="20"/>
          <w:szCs w:val="20"/>
          <w:lang w:val="en-IN"/>
        </w:rPr>
        <w:t>Electronic Commerce: A Managerial and Social Networks Perspective.</w:t>
      </w:r>
      <w:r w:rsidR="004D5C8D" w:rsidRPr="004D5C8D">
        <w:rPr>
          <w:rFonts w:ascii="Times New Roman" w:hAnsi="Times New Roman" w:cs="Times New Roman"/>
          <w:sz w:val="20"/>
          <w:szCs w:val="20"/>
          <w:lang w:val="en-IN"/>
        </w:rPr>
        <w:t xml:space="preserve"> Springer.</w:t>
      </w:r>
    </w:p>
    <w:p w14:paraId="0E7A08B4" w14:textId="3393EFA7" w:rsidR="004D5C8D" w:rsidRPr="004D5C8D" w:rsidRDefault="004D5C8D" w:rsidP="004D5C8D">
      <w:pPr>
        <w:numPr>
          <w:ilvl w:val="0"/>
          <w:numId w:val="14"/>
        </w:numPr>
        <w:spacing w:after="0" w:line="240" w:lineRule="auto"/>
        <w:ind w:right="284"/>
        <w:contextualSpacing/>
        <w:jc w:val="both"/>
        <w:rPr>
          <w:rFonts w:ascii="Times New Roman" w:hAnsi="Times New Roman" w:cs="Times New Roman"/>
          <w:sz w:val="20"/>
          <w:szCs w:val="20"/>
          <w:lang w:val="en-IN"/>
        </w:rPr>
      </w:pPr>
      <w:r w:rsidRPr="004D5C8D">
        <w:rPr>
          <w:rFonts w:ascii="Times New Roman" w:hAnsi="Times New Roman" w:cs="Times New Roman"/>
          <w:sz w:val="20"/>
          <w:szCs w:val="20"/>
          <w:lang w:val="en-IN"/>
        </w:rPr>
        <w:t>This resource focuses on e-commerce management and the impact of social networks on business, offering both practica</w:t>
      </w:r>
      <w:r w:rsidR="008C6450">
        <w:rPr>
          <w:rFonts w:ascii="Times New Roman" w:hAnsi="Times New Roman" w:cs="Times New Roman"/>
          <w:sz w:val="20"/>
          <w:szCs w:val="20"/>
          <w:lang w:val="en-IN"/>
        </w:rPr>
        <w:t>l</w:t>
      </w:r>
      <w:r w:rsidR="000044C6">
        <w:rPr>
          <w:rFonts w:ascii="Times New Roman" w:hAnsi="Times New Roman" w:cs="Times New Roman"/>
          <w:sz w:val="20"/>
          <w:szCs w:val="20"/>
          <w:lang w:val="en-IN"/>
        </w:rPr>
        <w:t xml:space="preserve"> </w:t>
      </w:r>
      <w:r w:rsidRPr="004D5C8D">
        <w:rPr>
          <w:rFonts w:ascii="Times New Roman" w:hAnsi="Times New Roman" w:cs="Times New Roman"/>
          <w:sz w:val="20"/>
          <w:szCs w:val="20"/>
          <w:lang w:val="en-IN"/>
        </w:rPr>
        <w:t>strategies and theoretical frameworks.</w:t>
      </w:r>
    </w:p>
    <w:p w14:paraId="67DEFC44" w14:textId="0B17945D" w:rsidR="00290105" w:rsidRPr="00290105" w:rsidRDefault="000044C6" w:rsidP="00290105">
      <w:pPr>
        <w:spacing w:after="0" w:line="240" w:lineRule="auto"/>
        <w:ind w:right="284"/>
        <w:contextualSpacing/>
        <w:jc w:val="both"/>
        <w:rPr>
          <w:rFonts w:ascii="Times New Roman" w:hAnsi="Times New Roman" w:cs="Times New Roman"/>
          <w:sz w:val="20"/>
          <w:szCs w:val="20"/>
          <w:lang w:val="en-IN"/>
        </w:rPr>
      </w:pPr>
      <w:r w:rsidRPr="000044C6">
        <w:rPr>
          <w:rFonts w:ascii="Times New Roman" w:hAnsi="Times New Roman" w:cs="Times New Roman"/>
          <w:sz w:val="20"/>
          <w:szCs w:val="20"/>
          <w:lang w:val="en-IN"/>
        </w:rPr>
        <w:t>[7]</w:t>
      </w:r>
      <w:r w:rsidR="00290105" w:rsidRPr="00290105">
        <w:rPr>
          <w:rFonts w:ascii="Times New Roman" w:hAnsi="Times New Roman" w:cs="Times New Roman"/>
          <w:b/>
          <w:bCs/>
          <w:sz w:val="20"/>
          <w:szCs w:val="20"/>
          <w:lang w:val="en-IN"/>
        </w:rPr>
        <w:t>Chaffey, D. (2019).</w:t>
      </w:r>
      <w:r w:rsidR="00290105" w:rsidRPr="00290105">
        <w:rPr>
          <w:rFonts w:ascii="Times New Roman" w:hAnsi="Times New Roman" w:cs="Times New Roman"/>
          <w:sz w:val="20"/>
          <w:szCs w:val="20"/>
          <w:lang w:val="en-IN"/>
        </w:rPr>
        <w:t xml:space="preserve"> </w:t>
      </w:r>
      <w:r w:rsidR="00290105" w:rsidRPr="00290105">
        <w:rPr>
          <w:rFonts w:ascii="Times New Roman" w:hAnsi="Times New Roman" w:cs="Times New Roman"/>
          <w:i/>
          <w:iCs/>
          <w:sz w:val="20"/>
          <w:szCs w:val="20"/>
          <w:lang w:val="en-IN"/>
        </w:rPr>
        <w:t>Digital Marketing: Strategy, Implementation, and Practice.</w:t>
      </w:r>
      <w:r w:rsidR="00290105" w:rsidRPr="00290105">
        <w:rPr>
          <w:rFonts w:ascii="Times New Roman" w:hAnsi="Times New Roman" w:cs="Times New Roman"/>
          <w:sz w:val="20"/>
          <w:szCs w:val="20"/>
          <w:lang w:val="en-IN"/>
        </w:rPr>
        <w:t xml:space="preserve"> 7th Edition. Pearson Education.</w:t>
      </w:r>
    </w:p>
    <w:p w14:paraId="7080A3A7" w14:textId="77777777" w:rsidR="00290105" w:rsidRPr="00290105" w:rsidRDefault="00290105" w:rsidP="00290105">
      <w:pPr>
        <w:numPr>
          <w:ilvl w:val="0"/>
          <w:numId w:val="15"/>
        </w:numPr>
        <w:spacing w:after="0" w:line="240" w:lineRule="auto"/>
        <w:ind w:right="284"/>
        <w:contextualSpacing/>
        <w:jc w:val="both"/>
        <w:rPr>
          <w:rFonts w:ascii="Times New Roman" w:hAnsi="Times New Roman" w:cs="Times New Roman"/>
          <w:sz w:val="20"/>
          <w:szCs w:val="20"/>
          <w:lang w:val="en-IN"/>
        </w:rPr>
      </w:pPr>
      <w:r w:rsidRPr="00290105">
        <w:rPr>
          <w:rFonts w:ascii="Times New Roman" w:hAnsi="Times New Roman" w:cs="Times New Roman"/>
          <w:sz w:val="20"/>
          <w:szCs w:val="20"/>
          <w:lang w:val="en-IN"/>
        </w:rPr>
        <w:t>While focusing on digital marketing, this book offers valuable insights into integrating e-commerce with marketing strategies, which is critical for website implementation.</w:t>
      </w:r>
    </w:p>
    <w:p w14:paraId="00D75478" w14:textId="2BF039B0" w:rsidR="00784A1D" w:rsidRPr="00784A1D" w:rsidRDefault="000044C6" w:rsidP="00784A1D">
      <w:pPr>
        <w:spacing w:after="0" w:line="240" w:lineRule="auto"/>
        <w:ind w:right="284"/>
        <w:contextualSpacing/>
        <w:jc w:val="both"/>
        <w:rPr>
          <w:rFonts w:ascii="Times New Roman" w:hAnsi="Times New Roman" w:cs="Times New Roman"/>
          <w:sz w:val="20"/>
          <w:szCs w:val="20"/>
          <w:lang w:val="en-IN"/>
        </w:rPr>
      </w:pPr>
      <w:r w:rsidRPr="00646A59">
        <w:rPr>
          <w:rFonts w:ascii="Times New Roman" w:hAnsi="Times New Roman" w:cs="Times New Roman"/>
          <w:sz w:val="20"/>
          <w:szCs w:val="20"/>
          <w:lang w:val="en-IN"/>
        </w:rPr>
        <w:t>[</w:t>
      </w:r>
      <w:r w:rsidR="00646A59" w:rsidRPr="00646A59">
        <w:rPr>
          <w:rFonts w:ascii="Times New Roman" w:hAnsi="Times New Roman" w:cs="Times New Roman"/>
          <w:sz w:val="20"/>
          <w:szCs w:val="20"/>
          <w:lang w:val="en-IN"/>
        </w:rPr>
        <w:t>8</w:t>
      </w:r>
      <w:r w:rsidRPr="00646A59">
        <w:rPr>
          <w:rFonts w:ascii="Times New Roman" w:hAnsi="Times New Roman" w:cs="Times New Roman"/>
          <w:sz w:val="20"/>
          <w:szCs w:val="20"/>
          <w:lang w:val="en-IN"/>
        </w:rPr>
        <w:t>]</w:t>
      </w:r>
      <w:r w:rsidR="00784A1D" w:rsidRPr="00784A1D">
        <w:rPr>
          <w:rFonts w:ascii="Times New Roman" w:hAnsi="Times New Roman" w:cs="Times New Roman"/>
          <w:b/>
          <w:bCs/>
          <w:sz w:val="20"/>
          <w:szCs w:val="20"/>
          <w:lang w:val="en-IN"/>
        </w:rPr>
        <w:t>Liu, L., &amp; Li, G. (2019).</w:t>
      </w:r>
      <w:r w:rsidR="00784A1D" w:rsidRPr="00784A1D">
        <w:rPr>
          <w:rFonts w:ascii="Times New Roman" w:hAnsi="Times New Roman" w:cs="Times New Roman"/>
          <w:sz w:val="20"/>
          <w:szCs w:val="20"/>
          <w:lang w:val="en-IN"/>
        </w:rPr>
        <w:t xml:space="preserve"> </w:t>
      </w:r>
      <w:r w:rsidR="00784A1D" w:rsidRPr="00784A1D">
        <w:rPr>
          <w:rFonts w:ascii="Times New Roman" w:hAnsi="Times New Roman" w:cs="Times New Roman"/>
          <w:i/>
          <w:iCs/>
          <w:sz w:val="20"/>
          <w:szCs w:val="20"/>
          <w:lang w:val="en-IN"/>
        </w:rPr>
        <w:t>Exploring the Integration of Artificial Intelligence in E-Commerce Web Design.</w:t>
      </w:r>
      <w:r w:rsidR="00784A1D" w:rsidRPr="00784A1D">
        <w:rPr>
          <w:rFonts w:ascii="Times New Roman" w:hAnsi="Times New Roman" w:cs="Times New Roman"/>
          <w:sz w:val="20"/>
          <w:szCs w:val="20"/>
          <w:lang w:val="en-IN"/>
        </w:rPr>
        <w:t xml:space="preserve"> International Journal of Information Technology and Web Engineering, 14(2), 39-58.</w:t>
      </w:r>
    </w:p>
    <w:p w14:paraId="5FD0359E" w14:textId="77777777" w:rsidR="00784A1D" w:rsidRPr="00784A1D" w:rsidRDefault="00784A1D" w:rsidP="00784A1D">
      <w:pPr>
        <w:numPr>
          <w:ilvl w:val="0"/>
          <w:numId w:val="16"/>
        </w:numPr>
        <w:spacing w:after="0" w:line="240" w:lineRule="auto"/>
        <w:ind w:right="284"/>
        <w:contextualSpacing/>
        <w:jc w:val="both"/>
        <w:rPr>
          <w:rFonts w:ascii="Times New Roman" w:hAnsi="Times New Roman" w:cs="Times New Roman"/>
          <w:sz w:val="20"/>
          <w:szCs w:val="20"/>
          <w:lang w:val="en-IN"/>
        </w:rPr>
      </w:pPr>
      <w:r w:rsidRPr="00784A1D">
        <w:rPr>
          <w:rFonts w:ascii="Times New Roman" w:hAnsi="Times New Roman" w:cs="Times New Roman"/>
          <w:sz w:val="20"/>
          <w:szCs w:val="20"/>
          <w:lang w:val="en-IN"/>
        </w:rPr>
        <w:t>This journal article explores how artificial intelligence can be integrated into e-commerce websites for improving customer experience and personalization.</w:t>
      </w:r>
    </w:p>
    <w:p w14:paraId="6280F7BC" w14:textId="77777777" w:rsidR="00CB69BA" w:rsidRDefault="00CB69BA" w:rsidP="00CE577F">
      <w:pPr>
        <w:spacing w:after="0" w:line="240" w:lineRule="auto"/>
        <w:ind w:right="284"/>
        <w:contextualSpacing/>
        <w:jc w:val="both"/>
        <w:rPr>
          <w:rFonts w:ascii="Times New Roman" w:hAnsi="Times New Roman" w:cs="Times New Roman"/>
          <w:sz w:val="20"/>
          <w:szCs w:val="20"/>
        </w:rPr>
      </w:pPr>
    </w:p>
    <w:p w14:paraId="45CFB6CA" w14:textId="77777777" w:rsidR="00B2272C" w:rsidRPr="0055185F" w:rsidRDefault="00B2272C" w:rsidP="00CE577F">
      <w:pPr>
        <w:spacing w:after="0" w:line="240" w:lineRule="auto"/>
        <w:ind w:right="284"/>
        <w:contextualSpacing/>
        <w:jc w:val="both"/>
        <w:rPr>
          <w:rFonts w:ascii="Times New Roman" w:hAnsi="Times New Roman" w:cs="Times New Roman"/>
          <w:sz w:val="20"/>
          <w:szCs w:val="20"/>
        </w:rPr>
      </w:pPr>
    </w:p>
    <w:p w14:paraId="1C1126BB" w14:textId="77777777" w:rsidR="00467CC6" w:rsidRPr="0055185F" w:rsidRDefault="00467CC6" w:rsidP="00CE577F">
      <w:pPr>
        <w:spacing w:after="0" w:line="240" w:lineRule="auto"/>
        <w:ind w:right="284"/>
        <w:contextualSpacing/>
        <w:jc w:val="both"/>
        <w:rPr>
          <w:rFonts w:ascii="Times New Roman" w:hAnsi="Times New Roman" w:cs="Times New Roman"/>
          <w:sz w:val="20"/>
          <w:szCs w:val="20"/>
        </w:rPr>
      </w:pPr>
    </w:p>
    <w:p w14:paraId="590798DE" w14:textId="1F046944" w:rsidR="00467CC6" w:rsidRPr="0055185F" w:rsidRDefault="00467CC6" w:rsidP="00CE577F">
      <w:pPr>
        <w:spacing w:after="0" w:line="240" w:lineRule="auto"/>
        <w:ind w:right="284"/>
        <w:contextualSpacing/>
        <w:jc w:val="both"/>
        <w:rPr>
          <w:rFonts w:ascii="Times New Roman" w:hAnsi="Times New Roman" w:cs="Times New Roman"/>
          <w:sz w:val="20"/>
          <w:szCs w:val="20"/>
        </w:rPr>
      </w:pPr>
    </w:p>
    <w:p w14:paraId="57E93090" w14:textId="4B8A9D44" w:rsidR="00CA00BB" w:rsidRPr="0055185F" w:rsidRDefault="00CA00BB" w:rsidP="00CE577F">
      <w:pPr>
        <w:spacing w:after="0" w:line="240" w:lineRule="auto"/>
        <w:ind w:right="284"/>
        <w:contextualSpacing/>
        <w:jc w:val="both"/>
        <w:rPr>
          <w:rFonts w:ascii="Times New Roman" w:hAnsi="Times New Roman" w:cs="Times New Roman"/>
          <w:sz w:val="20"/>
          <w:szCs w:val="20"/>
        </w:rPr>
      </w:pPr>
    </w:p>
    <w:sectPr w:rsidR="00CA00BB" w:rsidRPr="0055185F" w:rsidSect="00CA00BB">
      <w:type w:val="continuous"/>
      <w:pgSz w:w="12240" w:h="15840"/>
      <w:pgMar w:top="1440" w:right="1800" w:bottom="1440" w:left="180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2B2657"/>
    <w:multiLevelType w:val="multilevel"/>
    <w:tmpl w:val="08DA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F40549"/>
    <w:multiLevelType w:val="hybridMultilevel"/>
    <w:tmpl w:val="C29EBA1C"/>
    <w:lvl w:ilvl="0" w:tplc="78A270C4">
      <w:start w:val="1"/>
      <w:numFmt w:val="bullet"/>
      <w:lvlText w:val=""/>
      <w:lvlJc w:val="left"/>
      <w:pPr>
        <w:tabs>
          <w:tab w:val="num" w:pos="720"/>
        </w:tabs>
        <w:ind w:left="720" w:hanging="360"/>
      </w:pPr>
      <w:rPr>
        <w:rFonts w:ascii="Wingdings 3" w:hAnsi="Wingdings 3" w:hint="default"/>
      </w:rPr>
    </w:lvl>
    <w:lvl w:ilvl="1" w:tplc="829C40EA" w:tentative="1">
      <w:start w:val="1"/>
      <w:numFmt w:val="bullet"/>
      <w:lvlText w:val=""/>
      <w:lvlJc w:val="left"/>
      <w:pPr>
        <w:tabs>
          <w:tab w:val="num" w:pos="1440"/>
        </w:tabs>
        <w:ind w:left="1440" w:hanging="360"/>
      </w:pPr>
      <w:rPr>
        <w:rFonts w:ascii="Wingdings 3" w:hAnsi="Wingdings 3" w:hint="default"/>
      </w:rPr>
    </w:lvl>
    <w:lvl w:ilvl="2" w:tplc="AA027F96" w:tentative="1">
      <w:start w:val="1"/>
      <w:numFmt w:val="bullet"/>
      <w:lvlText w:val=""/>
      <w:lvlJc w:val="left"/>
      <w:pPr>
        <w:tabs>
          <w:tab w:val="num" w:pos="2160"/>
        </w:tabs>
        <w:ind w:left="2160" w:hanging="360"/>
      </w:pPr>
      <w:rPr>
        <w:rFonts w:ascii="Wingdings 3" w:hAnsi="Wingdings 3" w:hint="default"/>
      </w:rPr>
    </w:lvl>
    <w:lvl w:ilvl="3" w:tplc="350450A6" w:tentative="1">
      <w:start w:val="1"/>
      <w:numFmt w:val="bullet"/>
      <w:lvlText w:val=""/>
      <w:lvlJc w:val="left"/>
      <w:pPr>
        <w:tabs>
          <w:tab w:val="num" w:pos="2880"/>
        </w:tabs>
        <w:ind w:left="2880" w:hanging="360"/>
      </w:pPr>
      <w:rPr>
        <w:rFonts w:ascii="Wingdings 3" w:hAnsi="Wingdings 3" w:hint="default"/>
      </w:rPr>
    </w:lvl>
    <w:lvl w:ilvl="4" w:tplc="60AABEC8" w:tentative="1">
      <w:start w:val="1"/>
      <w:numFmt w:val="bullet"/>
      <w:lvlText w:val=""/>
      <w:lvlJc w:val="left"/>
      <w:pPr>
        <w:tabs>
          <w:tab w:val="num" w:pos="3600"/>
        </w:tabs>
        <w:ind w:left="3600" w:hanging="360"/>
      </w:pPr>
      <w:rPr>
        <w:rFonts w:ascii="Wingdings 3" w:hAnsi="Wingdings 3" w:hint="default"/>
      </w:rPr>
    </w:lvl>
    <w:lvl w:ilvl="5" w:tplc="994453F2" w:tentative="1">
      <w:start w:val="1"/>
      <w:numFmt w:val="bullet"/>
      <w:lvlText w:val=""/>
      <w:lvlJc w:val="left"/>
      <w:pPr>
        <w:tabs>
          <w:tab w:val="num" w:pos="4320"/>
        </w:tabs>
        <w:ind w:left="4320" w:hanging="360"/>
      </w:pPr>
      <w:rPr>
        <w:rFonts w:ascii="Wingdings 3" w:hAnsi="Wingdings 3" w:hint="default"/>
      </w:rPr>
    </w:lvl>
    <w:lvl w:ilvl="6" w:tplc="E9EA45C6" w:tentative="1">
      <w:start w:val="1"/>
      <w:numFmt w:val="bullet"/>
      <w:lvlText w:val=""/>
      <w:lvlJc w:val="left"/>
      <w:pPr>
        <w:tabs>
          <w:tab w:val="num" w:pos="5040"/>
        </w:tabs>
        <w:ind w:left="5040" w:hanging="360"/>
      </w:pPr>
      <w:rPr>
        <w:rFonts w:ascii="Wingdings 3" w:hAnsi="Wingdings 3" w:hint="default"/>
      </w:rPr>
    </w:lvl>
    <w:lvl w:ilvl="7" w:tplc="0C9E5F4E" w:tentative="1">
      <w:start w:val="1"/>
      <w:numFmt w:val="bullet"/>
      <w:lvlText w:val=""/>
      <w:lvlJc w:val="left"/>
      <w:pPr>
        <w:tabs>
          <w:tab w:val="num" w:pos="5760"/>
        </w:tabs>
        <w:ind w:left="5760" w:hanging="360"/>
      </w:pPr>
      <w:rPr>
        <w:rFonts w:ascii="Wingdings 3" w:hAnsi="Wingdings 3" w:hint="default"/>
      </w:rPr>
    </w:lvl>
    <w:lvl w:ilvl="8" w:tplc="A3F2F5A6"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42D76E6A"/>
    <w:multiLevelType w:val="hybridMultilevel"/>
    <w:tmpl w:val="43AA393E"/>
    <w:lvl w:ilvl="0" w:tplc="92C031E6">
      <w:start w:val="1"/>
      <w:numFmt w:val="bullet"/>
      <w:lvlText w:val=""/>
      <w:lvlJc w:val="left"/>
      <w:pPr>
        <w:tabs>
          <w:tab w:val="num" w:pos="720"/>
        </w:tabs>
        <w:ind w:left="720" w:hanging="360"/>
      </w:pPr>
      <w:rPr>
        <w:rFonts w:ascii="Wingdings 3" w:hAnsi="Wingdings 3" w:hint="default"/>
      </w:rPr>
    </w:lvl>
    <w:lvl w:ilvl="1" w:tplc="98047DC0" w:tentative="1">
      <w:start w:val="1"/>
      <w:numFmt w:val="bullet"/>
      <w:lvlText w:val=""/>
      <w:lvlJc w:val="left"/>
      <w:pPr>
        <w:tabs>
          <w:tab w:val="num" w:pos="1440"/>
        </w:tabs>
        <w:ind w:left="1440" w:hanging="360"/>
      </w:pPr>
      <w:rPr>
        <w:rFonts w:ascii="Wingdings 3" w:hAnsi="Wingdings 3" w:hint="default"/>
      </w:rPr>
    </w:lvl>
    <w:lvl w:ilvl="2" w:tplc="B486E758" w:tentative="1">
      <w:start w:val="1"/>
      <w:numFmt w:val="bullet"/>
      <w:lvlText w:val=""/>
      <w:lvlJc w:val="left"/>
      <w:pPr>
        <w:tabs>
          <w:tab w:val="num" w:pos="2160"/>
        </w:tabs>
        <w:ind w:left="2160" w:hanging="360"/>
      </w:pPr>
      <w:rPr>
        <w:rFonts w:ascii="Wingdings 3" w:hAnsi="Wingdings 3" w:hint="default"/>
      </w:rPr>
    </w:lvl>
    <w:lvl w:ilvl="3" w:tplc="D87A71FC" w:tentative="1">
      <w:start w:val="1"/>
      <w:numFmt w:val="bullet"/>
      <w:lvlText w:val=""/>
      <w:lvlJc w:val="left"/>
      <w:pPr>
        <w:tabs>
          <w:tab w:val="num" w:pos="2880"/>
        </w:tabs>
        <w:ind w:left="2880" w:hanging="360"/>
      </w:pPr>
      <w:rPr>
        <w:rFonts w:ascii="Wingdings 3" w:hAnsi="Wingdings 3" w:hint="default"/>
      </w:rPr>
    </w:lvl>
    <w:lvl w:ilvl="4" w:tplc="40C085D0" w:tentative="1">
      <w:start w:val="1"/>
      <w:numFmt w:val="bullet"/>
      <w:lvlText w:val=""/>
      <w:lvlJc w:val="left"/>
      <w:pPr>
        <w:tabs>
          <w:tab w:val="num" w:pos="3600"/>
        </w:tabs>
        <w:ind w:left="3600" w:hanging="360"/>
      </w:pPr>
      <w:rPr>
        <w:rFonts w:ascii="Wingdings 3" w:hAnsi="Wingdings 3" w:hint="default"/>
      </w:rPr>
    </w:lvl>
    <w:lvl w:ilvl="5" w:tplc="10667F9A" w:tentative="1">
      <w:start w:val="1"/>
      <w:numFmt w:val="bullet"/>
      <w:lvlText w:val=""/>
      <w:lvlJc w:val="left"/>
      <w:pPr>
        <w:tabs>
          <w:tab w:val="num" w:pos="4320"/>
        </w:tabs>
        <w:ind w:left="4320" w:hanging="360"/>
      </w:pPr>
      <w:rPr>
        <w:rFonts w:ascii="Wingdings 3" w:hAnsi="Wingdings 3" w:hint="default"/>
      </w:rPr>
    </w:lvl>
    <w:lvl w:ilvl="6" w:tplc="CF54697A" w:tentative="1">
      <w:start w:val="1"/>
      <w:numFmt w:val="bullet"/>
      <w:lvlText w:val=""/>
      <w:lvlJc w:val="left"/>
      <w:pPr>
        <w:tabs>
          <w:tab w:val="num" w:pos="5040"/>
        </w:tabs>
        <w:ind w:left="5040" w:hanging="360"/>
      </w:pPr>
      <w:rPr>
        <w:rFonts w:ascii="Wingdings 3" w:hAnsi="Wingdings 3" w:hint="default"/>
      </w:rPr>
    </w:lvl>
    <w:lvl w:ilvl="7" w:tplc="0046F988" w:tentative="1">
      <w:start w:val="1"/>
      <w:numFmt w:val="bullet"/>
      <w:lvlText w:val=""/>
      <w:lvlJc w:val="left"/>
      <w:pPr>
        <w:tabs>
          <w:tab w:val="num" w:pos="5760"/>
        </w:tabs>
        <w:ind w:left="5760" w:hanging="360"/>
      </w:pPr>
      <w:rPr>
        <w:rFonts w:ascii="Wingdings 3" w:hAnsi="Wingdings 3" w:hint="default"/>
      </w:rPr>
    </w:lvl>
    <w:lvl w:ilvl="8" w:tplc="72D4A008"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E346411"/>
    <w:multiLevelType w:val="multilevel"/>
    <w:tmpl w:val="5C16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5F23E7"/>
    <w:multiLevelType w:val="hybridMultilevel"/>
    <w:tmpl w:val="2BDE3758"/>
    <w:lvl w:ilvl="0" w:tplc="74240B04">
      <w:start w:val="1"/>
      <w:numFmt w:val="bullet"/>
      <w:lvlText w:val=""/>
      <w:lvlJc w:val="left"/>
      <w:pPr>
        <w:tabs>
          <w:tab w:val="num" w:pos="720"/>
        </w:tabs>
        <w:ind w:left="720" w:hanging="360"/>
      </w:pPr>
      <w:rPr>
        <w:rFonts w:ascii="Wingdings 3" w:hAnsi="Wingdings 3" w:hint="default"/>
      </w:rPr>
    </w:lvl>
    <w:lvl w:ilvl="1" w:tplc="084484BC" w:tentative="1">
      <w:start w:val="1"/>
      <w:numFmt w:val="bullet"/>
      <w:lvlText w:val=""/>
      <w:lvlJc w:val="left"/>
      <w:pPr>
        <w:tabs>
          <w:tab w:val="num" w:pos="1440"/>
        </w:tabs>
        <w:ind w:left="1440" w:hanging="360"/>
      </w:pPr>
      <w:rPr>
        <w:rFonts w:ascii="Wingdings 3" w:hAnsi="Wingdings 3" w:hint="default"/>
      </w:rPr>
    </w:lvl>
    <w:lvl w:ilvl="2" w:tplc="B428FEE4" w:tentative="1">
      <w:start w:val="1"/>
      <w:numFmt w:val="bullet"/>
      <w:lvlText w:val=""/>
      <w:lvlJc w:val="left"/>
      <w:pPr>
        <w:tabs>
          <w:tab w:val="num" w:pos="2160"/>
        </w:tabs>
        <w:ind w:left="2160" w:hanging="360"/>
      </w:pPr>
      <w:rPr>
        <w:rFonts w:ascii="Wingdings 3" w:hAnsi="Wingdings 3" w:hint="default"/>
      </w:rPr>
    </w:lvl>
    <w:lvl w:ilvl="3" w:tplc="FE9653AA" w:tentative="1">
      <w:start w:val="1"/>
      <w:numFmt w:val="bullet"/>
      <w:lvlText w:val=""/>
      <w:lvlJc w:val="left"/>
      <w:pPr>
        <w:tabs>
          <w:tab w:val="num" w:pos="2880"/>
        </w:tabs>
        <w:ind w:left="2880" w:hanging="360"/>
      </w:pPr>
      <w:rPr>
        <w:rFonts w:ascii="Wingdings 3" w:hAnsi="Wingdings 3" w:hint="default"/>
      </w:rPr>
    </w:lvl>
    <w:lvl w:ilvl="4" w:tplc="2B665242" w:tentative="1">
      <w:start w:val="1"/>
      <w:numFmt w:val="bullet"/>
      <w:lvlText w:val=""/>
      <w:lvlJc w:val="left"/>
      <w:pPr>
        <w:tabs>
          <w:tab w:val="num" w:pos="3600"/>
        </w:tabs>
        <w:ind w:left="3600" w:hanging="360"/>
      </w:pPr>
      <w:rPr>
        <w:rFonts w:ascii="Wingdings 3" w:hAnsi="Wingdings 3" w:hint="default"/>
      </w:rPr>
    </w:lvl>
    <w:lvl w:ilvl="5" w:tplc="196EF6FE" w:tentative="1">
      <w:start w:val="1"/>
      <w:numFmt w:val="bullet"/>
      <w:lvlText w:val=""/>
      <w:lvlJc w:val="left"/>
      <w:pPr>
        <w:tabs>
          <w:tab w:val="num" w:pos="4320"/>
        </w:tabs>
        <w:ind w:left="4320" w:hanging="360"/>
      </w:pPr>
      <w:rPr>
        <w:rFonts w:ascii="Wingdings 3" w:hAnsi="Wingdings 3" w:hint="default"/>
      </w:rPr>
    </w:lvl>
    <w:lvl w:ilvl="6" w:tplc="27C28AAC" w:tentative="1">
      <w:start w:val="1"/>
      <w:numFmt w:val="bullet"/>
      <w:lvlText w:val=""/>
      <w:lvlJc w:val="left"/>
      <w:pPr>
        <w:tabs>
          <w:tab w:val="num" w:pos="5040"/>
        </w:tabs>
        <w:ind w:left="5040" w:hanging="360"/>
      </w:pPr>
      <w:rPr>
        <w:rFonts w:ascii="Wingdings 3" w:hAnsi="Wingdings 3" w:hint="default"/>
      </w:rPr>
    </w:lvl>
    <w:lvl w:ilvl="7" w:tplc="5A746E98" w:tentative="1">
      <w:start w:val="1"/>
      <w:numFmt w:val="bullet"/>
      <w:lvlText w:val=""/>
      <w:lvlJc w:val="left"/>
      <w:pPr>
        <w:tabs>
          <w:tab w:val="num" w:pos="5760"/>
        </w:tabs>
        <w:ind w:left="5760" w:hanging="360"/>
      </w:pPr>
      <w:rPr>
        <w:rFonts w:ascii="Wingdings 3" w:hAnsi="Wingdings 3" w:hint="default"/>
      </w:rPr>
    </w:lvl>
    <w:lvl w:ilvl="8" w:tplc="5C42E1D2"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79AF0C8C"/>
    <w:multiLevelType w:val="multilevel"/>
    <w:tmpl w:val="1090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C076A2"/>
    <w:multiLevelType w:val="multilevel"/>
    <w:tmpl w:val="D9FE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9056577">
    <w:abstractNumId w:val="8"/>
  </w:num>
  <w:num w:numId="2" w16cid:durableId="387187820">
    <w:abstractNumId w:val="6"/>
  </w:num>
  <w:num w:numId="3" w16cid:durableId="1345748390">
    <w:abstractNumId w:val="5"/>
  </w:num>
  <w:num w:numId="4" w16cid:durableId="1295023947">
    <w:abstractNumId w:val="4"/>
  </w:num>
  <w:num w:numId="5" w16cid:durableId="1401295478">
    <w:abstractNumId w:val="7"/>
  </w:num>
  <w:num w:numId="6" w16cid:durableId="993529870">
    <w:abstractNumId w:val="3"/>
  </w:num>
  <w:num w:numId="7" w16cid:durableId="1019893285">
    <w:abstractNumId w:val="2"/>
  </w:num>
  <w:num w:numId="8" w16cid:durableId="1305351301">
    <w:abstractNumId w:val="1"/>
  </w:num>
  <w:num w:numId="9" w16cid:durableId="1175345315">
    <w:abstractNumId w:val="0"/>
  </w:num>
  <w:num w:numId="10" w16cid:durableId="1933659866">
    <w:abstractNumId w:val="13"/>
  </w:num>
  <w:num w:numId="11" w16cid:durableId="1058631488">
    <w:abstractNumId w:val="10"/>
  </w:num>
  <w:num w:numId="12" w16cid:durableId="2103869395">
    <w:abstractNumId w:val="11"/>
  </w:num>
  <w:num w:numId="13" w16cid:durableId="1356691801">
    <w:abstractNumId w:val="9"/>
  </w:num>
  <w:num w:numId="14" w16cid:durableId="627971900">
    <w:abstractNumId w:val="15"/>
  </w:num>
  <w:num w:numId="15" w16cid:durableId="733162352">
    <w:abstractNumId w:val="14"/>
  </w:num>
  <w:num w:numId="16" w16cid:durableId="5298013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44C6"/>
    <w:rsid w:val="00020AFD"/>
    <w:rsid w:val="00033536"/>
    <w:rsid w:val="00034616"/>
    <w:rsid w:val="00035CFB"/>
    <w:rsid w:val="0006063C"/>
    <w:rsid w:val="00081744"/>
    <w:rsid w:val="000C3D37"/>
    <w:rsid w:val="000D102D"/>
    <w:rsid w:val="00126EA1"/>
    <w:rsid w:val="00130F57"/>
    <w:rsid w:val="00140C22"/>
    <w:rsid w:val="0015074B"/>
    <w:rsid w:val="00151396"/>
    <w:rsid w:val="001F6778"/>
    <w:rsid w:val="00243548"/>
    <w:rsid w:val="00290105"/>
    <w:rsid w:val="0029104D"/>
    <w:rsid w:val="0029639D"/>
    <w:rsid w:val="002A052F"/>
    <w:rsid w:val="002A2CB6"/>
    <w:rsid w:val="002C0039"/>
    <w:rsid w:val="002C0935"/>
    <w:rsid w:val="002D5923"/>
    <w:rsid w:val="002D6A76"/>
    <w:rsid w:val="002F33D9"/>
    <w:rsid w:val="00326F90"/>
    <w:rsid w:val="00335F15"/>
    <w:rsid w:val="00346B1D"/>
    <w:rsid w:val="00382868"/>
    <w:rsid w:val="003927D1"/>
    <w:rsid w:val="003B0228"/>
    <w:rsid w:val="003E6382"/>
    <w:rsid w:val="00400F90"/>
    <w:rsid w:val="00405D7B"/>
    <w:rsid w:val="00407D4F"/>
    <w:rsid w:val="00410FBA"/>
    <w:rsid w:val="00434A1D"/>
    <w:rsid w:val="00437A1B"/>
    <w:rsid w:val="004648E1"/>
    <w:rsid w:val="00467CC6"/>
    <w:rsid w:val="00474327"/>
    <w:rsid w:val="004804DA"/>
    <w:rsid w:val="004B2C4B"/>
    <w:rsid w:val="004D5C8D"/>
    <w:rsid w:val="00535D3F"/>
    <w:rsid w:val="0055185F"/>
    <w:rsid w:val="005A0DDB"/>
    <w:rsid w:val="005A3DB0"/>
    <w:rsid w:val="005A4801"/>
    <w:rsid w:val="005F1A0D"/>
    <w:rsid w:val="00622D38"/>
    <w:rsid w:val="006421A2"/>
    <w:rsid w:val="00646A59"/>
    <w:rsid w:val="00656E36"/>
    <w:rsid w:val="006E5204"/>
    <w:rsid w:val="00747D01"/>
    <w:rsid w:val="00765D11"/>
    <w:rsid w:val="00781BB8"/>
    <w:rsid w:val="00784A1D"/>
    <w:rsid w:val="007B63A7"/>
    <w:rsid w:val="007C68FC"/>
    <w:rsid w:val="00814FE0"/>
    <w:rsid w:val="0083403F"/>
    <w:rsid w:val="00836855"/>
    <w:rsid w:val="00855ADC"/>
    <w:rsid w:val="008B39B9"/>
    <w:rsid w:val="008C2F4E"/>
    <w:rsid w:val="008C6450"/>
    <w:rsid w:val="009004CC"/>
    <w:rsid w:val="00930CA0"/>
    <w:rsid w:val="00937112"/>
    <w:rsid w:val="00937E05"/>
    <w:rsid w:val="00962D3B"/>
    <w:rsid w:val="00990B4A"/>
    <w:rsid w:val="009A710A"/>
    <w:rsid w:val="009D7471"/>
    <w:rsid w:val="00A37032"/>
    <w:rsid w:val="00A46FB3"/>
    <w:rsid w:val="00A52B21"/>
    <w:rsid w:val="00A552DA"/>
    <w:rsid w:val="00A83C6A"/>
    <w:rsid w:val="00A85D87"/>
    <w:rsid w:val="00AA1987"/>
    <w:rsid w:val="00AA1D8D"/>
    <w:rsid w:val="00B02FF7"/>
    <w:rsid w:val="00B2272C"/>
    <w:rsid w:val="00B47730"/>
    <w:rsid w:val="00B96D14"/>
    <w:rsid w:val="00BB524A"/>
    <w:rsid w:val="00BB68CC"/>
    <w:rsid w:val="00BD70F0"/>
    <w:rsid w:val="00BF6381"/>
    <w:rsid w:val="00C10550"/>
    <w:rsid w:val="00C24713"/>
    <w:rsid w:val="00C26D6D"/>
    <w:rsid w:val="00C44A3E"/>
    <w:rsid w:val="00C84ED4"/>
    <w:rsid w:val="00C9522D"/>
    <w:rsid w:val="00CA00BB"/>
    <w:rsid w:val="00CA1E23"/>
    <w:rsid w:val="00CB0664"/>
    <w:rsid w:val="00CB36A6"/>
    <w:rsid w:val="00CB69BA"/>
    <w:rsid w:val="00CE577F"/>
    <w:rsid w:val="00D02B95"/>
    <w:rsid w:val="00D03704"/>
    <w:rsid w:val="00D06161"/>
    <w:rsid w:val="00D261FA"/>
    <w:rsid w:val="00D65583"/>
    <w:rsid w:val="00D82EF0"/>
    <w:rsid w:val="00DB0385"/>
    <w:rsid w:val="00DD53F5"/>
    <w:rsid w:val="00DD5685"/>
    <w:rsid w:val="00E822CD"/>
    <w:rsid w:val="00EA378E"/>
    <w:rsid w:val="00EA693A"/>
    <w:rsid w:val="00EB1FC0"/>
    <w:rsid w:val="00EC65FE"/>
    <w:rsid w:val="00ED02C7"/>
    <w:rsid w:val="00ED52BE"/>
    <w:rsid w:val="00EE1983"/>
    <w:rsid w:val="00F4746E"/>
    <w:rsid w:val="00F8019F"/>
    <w:rsid w:val="00FA25B8"/>
    <w:rsid w:val="00FA4BAF"/>
    <w:rsid w:val="00FC693F"/>
    <w:rsid w:val="00FE17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C64C94"/>
  <w14:defaultImageDpi w14:val="300"/>
  <w15:docId w15:val="{C5210411-D001-4E7D-9998-B555618D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52494">
      <w:bodyDiv w:val="1"/>
      <w:marLeft w:val="0"/>
      <w:marRight w:val="0"/>
      <w:marTop w:val="0"/>
      <w:marBottom w:val="0"/>
      <w:divBdr>
        <w:top w:val="none" w:sz="0" w:space="0" w:color="auto"/>
        <w:left w:val="none" w:sz="0" w:space="0" w:color="auto"/>
        <w:bottom w:val="none" w:sz="0" w:space="0" w:color="auto"/>
        <w:right w:val="none" w:sz="0" w:space="0" w:color="auto"/>
      </w:divBdr>
    </w:div>
    <w:div w:id="192157726">
      <w:bodyDiv w:val="1"/>
      <w:marLeft w:val="0"/>
      <w:marRight w:val="0"/>
      <w:marTop w:val="0"/>
      <w:marBottom w:val="0"/>
      <w:divBdr>
        <w:top w:val="none" w:sz="0" w:space="0" w:color="auto"/>
        <w:left w:val="none" w:sz="0" w:space="0" w:color="auto"/>
        <w:bottom w:val="none" w:sz="0" w:space="0" w:color="auto"/>
        <w:right w:val="none" w:sz="0" w:space="0" w:color="auto"/>
      </w:divBdr>
    </w:div>
    <w:div w:id="400446503">
      <w:bodyDiv w:val="1"/>
      <w:marLeft w:val="0"/>
      <w:marRight w:val="0"/>
      <w:marTop w:val="0"/>
      <w:marBottom w:val="0"/>
      <w:divBdr>
        <w:top w:val="none" w:sz="0" w:space="0" w:color="auto"/>
        <w:left w:val="none" w:sz="0" w:space="0" w:color="auto"/>
        <w:bottom w:val="none" w:sz="0" w:space="0" w:color="auto"/>
        <w:right w:val="none" w:sz="0" w:space="0" w:color="auto"/>
      </w:divBdr>
    </w:div>
    <w:div w:id="421949689">
      <w:bodyDiv w:val="1"/>
      <w:marLeft w:val="0"/>
      <w:marRight w:val="0"/>
      <w:marTop w:val="0"/>
      <w:marBottom w:val="0"/>
      <w:divBdr>
        <w:top w:val="none" w:sz="0" w:space="0" w:color="auto"/>
        <w:left w:val="none" w:sz="0" w:space="0" w:color="auto"/>
        <w:bottom w:val="none" w:sz="0" w:space="0" w:color="auto"/>
        <w:right w:val="none" w:sz="0" w:space="0" w:color="auto"/>
      </w:divBdr>
    </w:div>
    <w:div w:id="487870939">
      <w:bodyDiv w:val="1"/>
      <w:marLeft w:val="0"/>
      <w:marRight w:val="0"/>
      <w:marTop w:val="0"/>
      <w:marBottom w:val="0"/>
      <w:divBdr>
        <w:top w:val="none" w:sz="0" w:space="0" w:color="auto"/>
        <w:left w:val="none" w:sz="0" w:space="0" w:color="auto"/>
        <w:bottom w:val="none" w:sz="0" w:space="0" w:color="auto"/>
        <w:right w:val="none" w:sz="0" w:space="0" w:color="auto"/>
      </w:divBdr>
      <w:divsChild>
        <w:div w:id="1362247852">
          <w:marLeft w:val="547"/>
          <w:marRight w:val="0"/>
          <w:marTop w:val="200"/>
          <w:marBottom w:val="0"/>
          <w:divBdr>
            <w:top w:val="none" w:sz="0" w:space="0" w:color="auto"/>
            <w:left w:val="none" w:sz="0" w:space="0" w:color="auto"/>
            <w:bottom w:val="none" w:sz="0" w:space="0" w:color="auto"/>
            <w:right w:val="none" w:sz="0" w:space="0" w:color="auto"/>
          </w:divBdr>
        </w:div>
      </w:divsChild>
    </w:div>
    <w:div w:id="505637817">
      <w:bodyDiv w:val="1"/>
      <w:marLeft w:val="0"/>
      <w:marRight w:val="0"/>
      <w:marTop w:val="0"/>
      <w:marBottom w:val="0"/>
      <w:divBdr>
        <w:top w:val="none" w:sz="0" w:space="0" w:color="auto"/>
        <w:left w:val="none" w:sz="0" w:space="0" w:color="auto"/>
        <w:bottom w:val="none" w:sz="0" w:space="0" w:color="auto"/>
        <w:right w:val="none" w:sz="0" w:space="0" w:color="auto"/>
      </w:divBdr>
    </w:div>
    <w:div w:id="667249863">
      <w:bodyDiv w:val="1"/>
      <w:marLeft w:val="0"/>
      <w:marRight w:val="0"/>
      <w:marTop w:val="0"/>
      <w:marBottom w:val="0"/>
      <w:divBdr>
        <w:top w:val="none" w:sz="0" w:space="0" w:color="auto"/>
        <w:left w:val="none" w:sz="0" w:space="0" w:color="auto"/>
        <w:bottom w:val="none" w:sz="0" w:space="0" w:color="auto"/>
        <w:right w:val="none" w:sz="0" w:space="0" w:color="auto"/>
      </w:divBdr>
    </w:div>
    <w:div w:id="671681198">
      <w:bodyDiv w:val="1"/>
      <w:marLeft w:val="0"/>
      <w:marRight w:val="0"/>
      <w:marTop w:val="0"/>
      <w:marBottom w:val="0"/>
      <w:divBdr>
        <w:top w:val="none" w:sz="0" w:space="0" w:color="auto"/>
        <w:left w:val="none" w:sz="0" w:space="0" w:color="auto"/>
        <w:bottom w:val="none" w:sz="0" w:space="0" w:color="auto"/>
        <w:right w:val="none" w:sz="0" w:space="0" w:color="auto"/>
      </w:divBdr>
    </w:div>
    <w:div w:id="836457216">
      <w:bodyDiv w:val="1"/>
      <w:marLeft w:val="0"/>
      <w:marRight w:val="0"/>
      <w:marTop w:val="0"/>
      <w:marBottom w:val="0"/>
      <w:divBdr>
        <w:top w:val="none" w:sz="0" w:space="0" w:color="auto"/>
        <w:left w:val="none" w:sz="0" w:space="0" w:color="auto"/>
        <w:bottom w:val="none" w:sz="0" w:space="0" w:color="auto"/>
        <w:right w:val="none" w:sz="0" w:space="0" w:color="auto"/>
      </w:divBdr>
      <w:divsChild>
        <w:div w:id="2024746532">
          <w:marLeft w:val="547"/>
          <w:marRight w:val="0"/>
          <w:marTop w:val="200"/>
          <w:marBottom w:val="0"/>
          <w:divBdr>
            <w:top w:val="none" w:sz="0" w:space="0" w:color="auto"/>
            <w:left w:val="none" w:sz="0" w:space="0" w:color="auto"/>
            <w:bottom w:val="none" w:sz="0" w:space="0" w:color="auto"/>
            <w:right w:val="none" w:sz="0" w:space="0" w:color="auto"/>
          </w:divBdr>
        </w:div>
      </w:divsChild>
    </w:div>
    <w:div w:id="1282032685">
      <w:bodyDiv w:val="1"/>
      <w:marLeft w:val="0"/>
      <w:marRight w:val="0"/>
      <w:marTop w:val="0"/>
      <w:marBottom w:val="0"/>
      <w:divBdr>
        <w:top w:val="none" w:sz="0" w:space="0" w:color="auto"/>
        <w:left w:val="none" w:sz="0" w:space="0" w:color="auto"/>
        <w:bottom w:val="none" w:sz="0" w:space="0" w:color="auto"/>
        <w:right w:val="none" w:sz="0" w:space="0" w:color="auto"/>
      </w:divBdr>
      <w:divsChild>
        <w:div w:id="1500922123">
          <w:marLeft w:val="547"/>
          <w:marRight w:val="0"/>
          <w:marTop w:val="200"/>
          <w:marBottom w:val="0"/>
          <w:divBdr>
            <w:top w:val="none" w:sz="0" w:space="0" w:color="auto"/>
            <w:left w:val="none" w:sz="0" w:space="0" w:color="auto"/>
            <w:bottom w:val="none" w:sz="0" w:space="0" w:color="auto"/>
            <w:right w:val="none" w:sz="0" w:space="0" w:color="auto"/>
          </w:divBdr>
        </w:div>
      </w:divsChild>
    </w:div>
    <w:div w:id="1552616875">
      <w:bodyDiv w:val="1"/>
      <w:marLeft w:val="0"/>
      <w:marRight w:val="0"/>
      <w:marTop w:val="0"/>
      <w:marBottom w:val="0"/>
      <w:divBdr>
        <w:top w:val="none" w:sz="0" w:space="0" w:color="auto"/>
        <w:left w:val="none" w:sz="0" w:space="0" w:color="auto"/>
        <w:bottom w:val="none" w:sz="0" w:space="0" w:color="auto"/>
        <w:right w:val="none" w:sz="0" w:space="0" w:color="auto"/>
      </w:divBdr>
    </w:div>
    <w:div w:id="1767653135">
      <w:bodyDiv w:val="1"/>
      <w:marLeft w:val="0"/>
      <w:marRight w:val="0"/>
      <w:marTop w:val="0"/>
      <w:marBottom w:val="0"/>
      <w:divBdr>
        <w:top w:val="none" w:sz="0" w:space="0" w:color="auto"/>
        <w:left w:val="none" w:sz="0" w:space="0" w:color="auto"/>
        <w:bottom w:val="none" w:sz="0" w:space="0" w:color="auto"/>
        <w:right w:val="none" w:sz="0" w:space="0" w:color="auto"/>
      </w:divBdr>
    </w:div>
    <w:div w:id="1796943621">
      <w:bodyDiv w:val="1"/>
      <w:marLeft w:val="0"/>
      <w:marRight w:val="0"/>
      <w:marTop w:val="0"/>
      <w:marBottom w:val="0"/>
      <w:divBdr>
        <w:top w:val="none" w:sz="0" w:space="0" w:color="auto"/>
        <w:left w:val="none" w:sz="0" w:space="0" w:color="auto"/>
        <w:bottom w:val="none" w:sz="0" w:space="0" w:color="auto"/>
        <w:right w:val="none" w:sz="0" w:space="0" w:color="auto"/>
      </w:divBdr>
    </w:div>
    <w:div w:id="2065711574">
      <w:bodyDiv w:val="1"/>
      <w:marLeft w:val="0"/>
      <w:marRight w:val="0"/>
      <w:marTop w:val="0"/>
      <w:marBottom w:val="0"/>
      <w:divBdr>
        <w:top w:val="none" w:sz="0" w:space="0" w:color="auto"/>
        <w:left w:val="none" w:sz="0" w:space="0" w:color="auto"/>
        <w:bottom w:val="none" w:sz="0" w:space="0" w:color="auto"/>
        <w:right w:val="none" w:sz="0" w:space="0" w:color="auto"/>
      </w:divBdr>
    </w:div>
    <w:div w:id="2115320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1788</Words>
  <Characters>10194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11959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Aditya Awathare</cp:lastModifiedBy>
  <cp:revision>2</cp:revision>
  <dcterms:created xsi:type="dcterms:W3CDTF">2025-03-10T11:02:00Z</dcterms:created>
  <dcterms:modified xsi:type="dcterms:W3CDTF">2025-03-10T11:02:00Z</dcterms:modified>
  <cp:category/>
</cp:coreProperties>
</file>